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JÜRI ÜCRETI HESAPLAMA BILDIRIMI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Jüri görevi, toplantı ve ödeme unsurlarını mali birime bildirir.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Jüri Ücreti Hesaplama Bildirimi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