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ETIK KURUL BAŞVURU DOSYASI KONTROL BELGESI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Etik kurul başvurusunda bulunması gereken belgeleri ve sürümlerini kontrol 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Etik Kurul Başvuru Dosyası Kontrol Belgesi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