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BILGILENDIRILMIŞ GÖNÜLLÜ OLUR BELGESI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Araştırmanın amacı, yöntemi, riskleri, gönüllülük ve veri işlemesini açıklar.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Bilgilendirilmiş Gönüllü Olur Belgesi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