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FAKÜLTE YÖNETIM KURULU SINAV İTIRAZI KARARI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karar taslağı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Karar Organı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..... Fakültesi / Enstitüsü / Kurulu / Komisyonu]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Toplantı Tarihi / Sayısı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/ [........]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Karar No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 / 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Gündem Maddesi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Kararın Konusu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Sınav evrakı incelemesi sonunda notun korunması veya maddi hatanın düzeltilmesi.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GÖRÜŞÜLEN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[Başvuranın veya ilgili birimin tarih ve sayılı yazısı, ek belgeler ve raportör/komisyon değerlendirmesi görüşüldü.]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DAYANAK VE GEREKÇE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[İlgili kanun, yönetmelik, yönerge, senato/kurul kararı ve somut olgular birlikte değerlendirilerek açık gerekçe yazılır.]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KARAR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Sınav evrakı incelemesi sonunda notun korunması veya maddi hatanın düzeltilmesi hususunun [kabulüne / reddine / düzeltilmesine]; kararın ilgili birimlere bildirilmesine [oy birliği / oy çokluğu] ile karar verildi.</w:t>
      </w:r>
    </w:p>
    <w:p>
      <w:pPr>
        <w:spacing w:before="0" w:after="60" w:line="240" w:lineRule="auto"/>
      </w:pPr>
      <w:r>
        <w:rPr>
          <w:rFonts w:ascii="Cambria" w:hAnsi="Cambria" w:eastAsia="Cambria" w:cs="Cambria"/>
          <w:b w:val="0"/>
          <w:sz w:val="8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422"/>
        <w:gridCol w:w="2422"/>
        <w:gridCol w:w="2422"/>
        <w:gridCol w:w="2423"/>
      </w:tblGrid>
      <w:tr>
        <w:tc>
          <w:tcPr>
            <w:tcW w:type="dxa" w:w="2422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Başkan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2422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Üye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2422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Üye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2423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Raportör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Fakülte Yönetim Kurulu Sınav İtirazı Kararı</dc:title>
  <dc:subject>Akademik karar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