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FAKÜLTE YÖNETIM KURULU YATAY GEÇIŞ KABUL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Kontenjan ve sıralama sonucuna göre adayın yatay geçişinin kabulü ve intibakı.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Kontenjan ve sıralama sonucuna göre adayın yatay geçişinin kabulü ve intibakı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Fakülte Yönetim Kurulu Yatay Geçiş Kabul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