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Yükseköğretim Kurulu Başkanlığı</w:t>
            </w:r>
          </w:p>
          <w:p>
            <w:pPr>
              <w:spacing w:after="40"/>
            </w:pPr>
            <w:r>
              <w:rPr>
                <w:sz w:val="18"/>
              </w:rPr>
              <w:t>Süre          : Eksiklik bildiriminde verilen süre içinde. [dosya bazında teyit edilmelidir]</w:t>
            </w:r>
          </w:p>
          <w:p>
            <w:pPr>
              <w:spacing w:after="40"/>
            </w:pPr>
            <w:r>
              <w:rPr>
                <w:sz w:val="18"/>
              </w:rPr>
              <w:t>Kaynak        : akademikhukuk.org/akademik-dilekce-ornekleri</w:t>
            </w:r>
          </w:p>
        </w:tc>
      </w:tr>
    </w:tbl>
    <w:p/>
    <w:p>
      <w:pPr>
        <w:spacing w:before="120" w:after="320"/>
        <w:jc w:val="center"/>
      </w:pPr>
      <w:r>
        <w:rPr>
          <w:b/>
          <w:sz w:val="24"/>
        </w:rPr>
        <w:t>YÜKSEKÖĞRETİM KURULU BAŞKANLIĞINA</w:t>
        <w:br/>
        <w:t>(Tanıma ve Denklik Hizmetleri Daire Başkanlığı)</w:t>
      </w:r>
    </w:p>
    <w:p>
      <w:pPr>
        <w:spacing w:after="200"/>
      </w:pPr>
      <w:r>
        <w:rPr>
          <w:b/>
        </w:rPr>
        <w:t xml:space="preserve">KONU : </w:t>
      </w:r>
      <w:r>
        <w:t>[BAŞVURU NO] numaralı denklik dosyamdaki eksikliğin tamamlanması ve incelemenin sürdürülmesi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[BAŞVURU TARİHİ] tarihinde yaptığım denklik başvurusu hakkında [BİLDİRİM TARİHİ] tarihinde eksik belge bildirimi yapılmıştır.</w:t>
      </w:r>
    </w:p>
    <w:p>
      <w:pPr>
        <w:spacing w:after="120"/>
        <w:jc w:val="both"/>
      </w:pPr>
      <w:r>
        <w:t>2. Bildirimde istenen [BELGE ADI] belgesi ekte sunulmuştur. Belge [DÜZENLEYEN MAKAM] tarafından düzenlenmiş ve [APOSTİL/KONSOLOSLUK] onayı alınmıştır.</w:t>
      </w:r>
    </w:p>
    <w:p>
      <w:pPr>
        <w:spacing w:after="120"/>
        <w:jc w:val="both"/>
      </w:pPr>
      <w:r>
        <w:t>3. [VARSA] İstenen [BELGE 2] belgesinin temini [GEREKÇE] nedeniyle gecikmektedir; belgenin temini için ek süre talep ediyorum.</w:t>
      </w:r>
    </w:p>
    <w:p>
      <w:pPr>
        <w:spacing w:after="120"/>
        <w:jc w:val="both"/>
      </w:pPr>
      <w:r>
        <w:t>4. Dosyamın eksiklikler giderilmiş sayılarak incelemeye alınmasını talep ediyorum.</w:t>
      </w:r>
    </w:p>
    <w:p>
      <w:pPr>
        <w:spacing w:before="200" w:after="80"/>
      </w:pPr>
      <w:r>
        <w:rPr>
          <w:b/>
          <w:sz w:val="22"/>
        </w:rPr>
        <w:t>HUKUKİ DAYANAK</w:t>
      </w:r>
    </w:p>
    <w:p>
      <w:pPr>
        <w:jc w:val="both"/>
      </w:pPr>
      <w:r>
        <w:t>Yurtdışı Yükseköğretim Diplomaları Tanıma ve Denklik Yönetmeliğinin başvuru ve belge hükümleri; idari usulde eksikliğin tamamlattırılması ilkesi. Dayanak ve süreler genel çerçevedir; [dosya bazında teyit edilmelidir]</w:t>
      </w:r>
    </w:p>
    <w:p>
      <w:pPr>
        <w:spacing w:before="200" w:after="80"/>
      </w:pPr>
      <w:r>
        <w:rPr>
          <w:b/>
          <w:sz w:val="22"/>
        </w:rPr>
        <w:t>SONUÇ VE TALEP</w:t>
      </w:r>
    </w:p>
    <w:p>
      <w:pPr>
        <w:jc w:val="both"/>
      </w:pPr>
      <w:r>
        <w:t>Sunulan belgelerle eksikliğin giderildiğinin kabulünü, dosyamın incelemeye alınmasını ve temin edilemeyen belge bakımından ek süre verilmesini arz ederim.</w:t>
      </w:r>
    </w:p>
    <w:p>
      <w:pPr>
        <w:spacing w:before="200" w:after="80"/>
      </w:pPr>
      <w:r>
        <w:rPr>
          <w:b/>
          <w:sz w:val="22"/>
        </w:rPr>
        <w:t>EKLER</w:t>
      </w:r>
    </w:p>
    <w:p>
      <w:pPr>
        <w:spacing w:after="0"/>
      </w:pPr>
      <w:r>
        <w:t>1. Eksiklik bildirimi.</w:t>
      </w:r>
    </w:p>
    <w:p>
      <w:pPr>
        <w:spacing w:after="0"/>
      </w:pPr>
      <w:r>
        <w:t>2. Tamamlanan belge (onaylı çeviri ve apostil).</w:t>
      </w:r>
    </w:p>
    <w:p>
      <w:pPr>
        <w:spacing w:after="0"/>
      </w:pPr>
      <w:r>
        <w:t>3. Ek süre gerekçesine ilişkin belge (varsa).</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