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Fakülte dekanlığı / enstitü müdürlüğü</w:t>
            </w:r>
          </w:p>
          <w:p>
            <w:pPr>
              <w:spacing w:after="40"/>
            </w:pPr>
            <w:r>
              <w:rPr>
                <w:sz w:val="18"/>
              </w:rPr>
              <w:t>Süre          : Mazeretin doğduğu tarihten itibaren yönetmelikte öngörülen süre içinde. [dosya bazında teyit edilmelidir]</w:t>
            </w:r>
          </w:p>
          <w:p>
            <w:pPr>
              <w:spacing w:after="40"/>
            </w:pPr>
            <w:r>
              <w:rPr>
                <w:sz w:val="18"/>
              </w:rPr>
              <w:t>Kaynak        : akademikhukuk.org/akademik-dilekce-ornekleri</w:t>
            </w:r>
          </w:p>
        </w:tc>
      </w:tr>
    </w:tbl>
    <w:p/>
    <w:p>
      <w:pPr>
        <w:spacing w:before="120" w:after="320"/>
        <w:jc w:val="center"/>
      </w:pPr>
      <w:r>
        <w:rPr>
          <w:b/>
          <w:sz w:val="24"/>
        </w:rPr>
        <w:t>[ÜNİVERSİTE] [FAKÜLTE] DEKANLIĞINA</w:t>
      </w:r>
    </w:p>
    <w:p>
      <w:pPr>
        <w:spacing w:after="200"/>
      </w:pPr>
      <w:r>
        <w:rPr>
          <w:b/>
        </w:rPr>
        <w:t xml:space="preserve">KONU : </w:t>
      </w:r>
      <w:r>
        <w:t>[EĞİTİM-ÖĞRETİM YILI] [YARIYIL] yarıyılı için kayıt dondurma talebimdir.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[ÜNİVERSİTE] [FAKÜLTE] [BÖLÜM] programının [ÖĞRENCİ NO] numaralı öğrencisiyim.</w:t>
      </w:r>
    </w:p>
    <w:p>
      <w:pPr>
        <w:spacing w:after="120"/>
        <w:jc w:val="both"/>
      </w:pPr>
      <w:r>
        <w:t>2. [MAZERET: sağlık sorunu / doğum / askerlik / ekonomik güçlük / doğal afet / yurt dışı görevlendirme] nedeniyle [YARIYIL] yarıyılında öğrenimime devam edemeyecek durumdayım.</w:t>
      </w:r>
    </w:p>
    <w:p>
      <w:pPr>
        <w:spacing w:after="120"/>
        <w:jc w:val="both"/>
      </w:pPr>
      <w:r>
        <w:t>3. Mazeretime ilişkin [BELGE ADI] belgesi ekte sunulmuştur. Belge [DÜZENLEYEN KURUM] tarafından [TARİH] tarihinde düzenlenmiştir.</w:t>
      </w:r>
    </w:p>
    <w:p>
      <w:pPr>
        <w:spacing w:after="120"/>
        <w:jc w:val="both"/>
      </w:pPr>
      <w:r>
        <w:t>4. Kayıt dondurulan sürenin azami öğrenim süresinden sayılmamasını talep ediyorum.</w:t>
      </w:r>
    </w:p>
    <w:p>
      <w:pPr>
        <w:spacing w:before="200" w:after="80"/>
      </w:pPr>
      <w:r>
        <w:rPr>
          <w:b/>
          <w:sz w:val="22"/>
        </w:rPr>
        <w:t>HUKUKİ DAYANAK</w:t>
      </w:r>
    </w:p>
    <w:p>
      <w:pPr>
        <w:jc w:val="both"/>
      </w:pPr>
      <w:r>
        <w:t>Üniversitenin eğitim-öğretim yönetmeliğinin kayıt dondurma ve mazeretli devamsızlık hükümleri; 2547 sayılı Kanunun öğrenim süresine ilişkin hükümleri. Dayanak ve süreler genel çerçevedir; [dosya bazında teyit edilmelidir]</w:t>
      </w:r>
    </w:p>
    <w:p>
      <w:pPr>
        <w:spacing w:before="200" w:after="80"/>
      </w:pPr>
      <w:r>
        <w:rPr>
          <w:b/>
          <w:sz w:val="22"/>
        </w:rPr>
        <w:t>SONUÇ VE TALEP</w:t>
      </w:r>
    </w:p>
    <w:p>
      <w:pPr>
        <w:jc w:val="both"/>
      </w:pPr>
      <w:r>
        <w:t>[YARIYIL] yarıyılı için kaydımın dondurulmasına ve bu sürenin azami öğrenim süresinden sayılmamasına karar verilmesini arz ederim.</w:t>
      </w:r>
    </w:p>
    <w:p>
      <w:pPr>
        <w:spacing w:before="200" w:after="80"/>
      </w:pPr>
      <w:r>
        <w:rPr>
          <w:b/>
          <w:sz w:val="22"/>
        </w:rPr>
        <w:t>EKLER</w:t>
      </w:r>
    </w:p>
    <w:p>
      <w:pPr>
        <w:spacing w:after="0"/>
      </w:pPr>
      <w:r>
        <w:t>1. Mazeret belgesi (sağlık raporu / doğum belgesi / sevk belgesi).</w:t>
      </w:r>
    </w:p>
    <w:p>
      <w:pPr>
        <w:spacing w:after="0"/>
      </w:pPr>
      <w:r>
        <w:t>2. Öğrenci belgesi.</w:t>
      </w:r>
    </w:p>
    <w:p>
      <w:pPr>
        <w:spacing w:after="0"/>
      </w:pPr>
      <w:r>
        <w:t>3. Transkript.</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