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[İL/İLÇE] NÖBETÇİ TÜKETİCİ MAHKEMESİNE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Ayıplı hizmet nedeniyle bedel iadesi ve tazminat istemidir.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HARCA ESAS DEĞER : </w:t>
      </w:r>
      <w:r>
        <w:rPr>
          <w:rFonts w:ascii="Times New Roman" w:hAnsi="Times New Roman"/>
          <w:sz w:val="24"/>
        </w:rPr>
        <w:t>[TUTAR] TL (fazlaya ilişkin haklar saklıdır)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DAVACI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VEKİLİ : </w:t>
      </w:r>
      <w:r>
        <w:rPr>
          <w:rFonts w:ascii="Times New Roman" w:hAnsi="Times New Roman"/>
          <w:sz w:val="24"/>
        </w:rPr>
        <w:t>[VARSA] Av. [AD SOYAD] — [ADRES]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DAVALI : </w:t>
      </w:r>
      <w:r>
        <w:rPr>
          <w:rFonts w:ascii="Times New Roman" w:hAnsi="Times New Roman"/>
          <w:sz w:val="24"/>
        </w:rPr>
        <w:t>[AD SOYAD / UNVAN]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[ADRES]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Davacı, davalıdan [TARİH] tarihli sözleşmeyle [HİZMETİN TANIMI: tadilat, organizasyon, eğitim, paket tur vb.] hizmetini [TUTAR] TL bedelle satın almıştır.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Hizmet; [SÖZLEŞMEYE AYKIRI / EKSİK / ÖZENSİZ] ifa edilmiştir: [SOMUT AYIPLARIN DÖKÜMÜ].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Ayıp davalıya [TARİH] tarihinde bildirilmiş, sonuç alınamamıştır: [YAZIŞMALAR].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4. Ayıplı hizmet nedeniyle davacı ayrıca şu zararlara uğramıştır: [EK MASRAF, YENİDEN YAPTIRMA BEDELİ vb.].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5. Dava şartı arabuluculuk süreci [TARİH] tarihli anlaşamama tutanağıyla tamamlanmıştır.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6502 sayılı TKHK m. 13-16, m. 73, m. 73/A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DELİLLER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Sözleşme ve ödeme belgeleri, yazışmalar, keşif, bilirkişi, tanık ve sair yasal deliller.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SONUÇ VE İSTEM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Davanın kabulü ile ödenen [TUTAR] TL hizmet bedelinin ödeme tarihinden itibaren yasal faiziyle iadesine; [TUTAR] TL zararın tazminine; yargılama giderleri ile vekâlet ücretinin davalıya yükletilmesine karar verilmesini saygıyla arz ve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Arabuluculuk son tutanağı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2. Sözleşme ve ödeme belgeleri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3. [Varsa] Tespit/fotoğraf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Ayıplı Hizmet Nedeniyle Tüketici Mahkemesi Dava Dilekçesi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