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İHTARNAME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Ayıplı çıkan malın bedelinin iadesi (sözleşmeden dönme) talebidir.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KEŞİDECİ (TÜKETİCİ)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MUHATAP (SATICI)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Keşideci, muhataptan [TARİH] tarihinde [FATURA NO] sayılı faturayla [MALIN TANIMI, MARKA/MODEL] ürününü [TUTAR] TL bedelle satın almıştır.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Mal, tesliminden sonra şu ayıpları göstermiştir: [ARIZA/AYIP TANIMI, ORTAYA ÇIKIŞ TARİHİ].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[Varsa] Ürün [TARİH] tarihinde yetkili servise gösterilmiş; [SERVİS RAPORU SONUCU]. Ayıp giderilmemiş/tekrarlamıştır.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6502 sayılı Kanun m. 11 uyarınca tüketici; sözleşmeden dönme, ayıpsız misliyle değişim, ücretsiz onarım veya bedel indirimi seçimlik haklarına sahiptir. Keşideci sözleşmeden dönme hakkını kullanmaktadır.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6502 sayılı TKHK m. 8-11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İHTAR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İşbu ihtarnamenin tebliğinden itibaren [SÜRE, ör. 7] gün içinde [TUTAR] TL satış bedelinin [IBAN] hesabına iadesini ve ayıplı ürünün adresimden teslim alınmasını; aksi hâlde tüketici hakem heyetine/tüketici mahkemesine başvurulacağını ihtar ederim.</w:t>
      </w:r>
    </w:p>
    <w:p>
      <w:pPr>
        <w:spacing w:before="40" w:after="120"/>
      </w:pPr>
      <w:r>
        <w:rPr>
          <w:rFonts w:ascii="Times New Roman" w:hAnsi="Times New Roman"/>
          <w:b w:val="0"/>
          <w:i w:val="0"/>
          <w:sz w:val="24"/>
        </w:rPr>
        <w:t>Sayın Noter; üç nüsha düzenlenen işbu ihtarnamenin bir nüshasının muhataba tebliğini, tebliğ şerhini taşıyan bir nüshasının tarafıma verilmesini, diğer nüshasının dairenizde saklanmasını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Fatura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Servis raporu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Ayıplı Mal İçin Bedel İadesi İhtarnamesi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