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İHTARNAME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Kiralananın tahliyesine rağmen iade edilmeyen güvence bedelinin (depozito) ödenmesi ihtarıdır.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KEŞİDECİ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MUHATAP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Keşideci, muhataba ait [ADRES] adresindeki taşınmazda [SÖZLEŞME TARİHİ] tarihli sözleşmeyle kiracı olarak oturmuş ve sözleşme başında [DEPOZİTO TUTARI] TL güvence bedeli vermiştir.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Kiralanan [TAHLİYE TARİHİ] tarihinde eksiksiz, hasarsız ve borçsuz şekilde tahliye edilerek anahtar teslim edilmiştir.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Tahliyeden bu yana geçen süreye rağmen güvence bedeli iade edilmemiştir; muhatabın keşideciden herhangi bir alacağı da bulunmamaktadır.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TBK m. 342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İHTAR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İşbu ihtarnamenin tebliğinden itibaren [SÜRE, ör. 7] gün içinde [DEPOZİTO TUTARI] TL güvence bedelinin [IBAN/HESAP] hesabına iadesini; aksi hâlde yasal faiziyle tahsili için icra takibi ve dava yoluna başvurulacağını ihtar ederim.</w:t>
      </w:r>
    </w:p>
    <w:p>
      <w:pPr>
        <w:spacing w:before="40" w:after="120"/>
      </w:pPr>
      <w:r>
        <w:rPr>
          <w:rFonts w:ascii="Times New Roman" w:hAnsi="Times New Roman"/>
          <w:b w:val="0"/>
          <w:i w:val="0"/>
          <w:sz w:val="24"/>
        </w:rPr>
        <w:t>Sayın Noter; üç nüsha düzenlenen işbu ihtarnamenin bir nüshasının muhataba tebliğini, tebliğ şerhini taşıyan bir nüshasının tarafıma verilmesini, diğer nüshasının dairenizde saklanmasını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[Varsa] Depozito ödeme dekontu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Tahliye/anahtar teslim tutanağı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Depozito İadesi Talebi İhtarnamesi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