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Times New Roman" w:hAnsi="Times New Roman"/>
          <w:b/>
          <w:i w:val="0"/>
          <w:color w:val="555555"/>
          <w:sz w:val="18"/>
        </w:rPr>
        <w:t>KULLANIM NOTU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color w:val="555555"/>
          <w:sz w:val="18"/>
        </w:rPr>
        <w:t>Bu belge genel bir örnektir. Her dosyanın olayı, tarihleri ve belgeleri farklıdır; metin ve köşeli parantezli alanlar somut duruma göre uyarlanmalı, güncel mevzuat ve süreler ayrıca kontrol edilmelidir.</w:t>
      </w:r>
    </w:p>
    <w:p>
      <w:pPr>
        <w:spacing w:before="0" w:after="240"/>
      </w:pPr>
      <w:r>
        <w:rPr>
          <w:rFonts w:ascii="Times New Roman" w:hAnsi="Times New Roman"/>
          <w:b w:val="0"/>
          <w:i w:val="0"/>
          <w:color w:val="555555"/>
          <w:sz w:val="18"/>
        </w:rPr>
        <w:t>Kaynak : akademikhukuk.org/dilekce-ornekleri</w:t>
      </w:r>
    </w:p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4"/>
        </w:rPr>
        <w:t>[TAŞINMAZIN BULUNDUĞU YER] ASLİYE HUKUK MAHKEMESİNE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KONU : </w:t>
      </w:r>
      <w:r>
        <w:rPr>
          <w:rFonts w:ascii="Times New Roman" w:hAnsi="Times New Roman"/>
          <w:sz w:val="24"/>
        </w:rPr>
        <w:t>Taşınmazın haksız kullanımı nedeniyle ecrimisil (haksız işgal tazminatı) istemidir.</w:t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HARCA ESAS DEĞER : </w:t>
      </w:r>
      <w:r>
        <w:rPr>
          <w:rFonts w:ascii="Times New Roman" w:hAnsi="Times New Roman"/>
          <w:sz w:val="24"/>
        </w:rPr>
        <w:t>[TUTAR] TL (fazlaya ilişkin haklar saklıdır)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DAVACI : </w:t>
      </w:r>
      <w:r>
        <w:rPr>
          <w:rFonts w:ascii="Times New Roman" w:hAnsi="Times New Roman"/>
          <w:sz w:val="24"/>
        </w:rPr>
        <w:t>[AD SOYAD] (T.C. Kimlik No: [T.C. KİMLİK NO])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[TEBLİGATA ELVERİŞLİ ADRES]  —  Tel/E-posta : [TELEFON] / [E-POSTA]</w:t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VEKİLİ : </w:t>
      </w:r>
      <w:r>
        <w:rPr>
          <w:rFonts w:ascii="Times New Roman" w:hAnsi="Times New Roman"/>
          <w:sz w:val="24"/>
        </w:rPr>
        <w:t>[VARSA] Av. [AD SOYAD] — [ADRES]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DAVALI : </w:t>
      </w:r>
      <w:r>
        <w:rPr>
          <w:rFonts w:ascii="Times New Roman" w:hAnsi="Times New Roman"/>
          <w:sz w:val="24"/>
        </w:rPr>
        <w:t>[AD SOYAD / UNVAN]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[ADRES]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AÇIKLAMALAR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1. Davacı, [TAPU BİLGİLERİ] taşınmazın [MALİKİ / PAYDAŞI]dır.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2. Davalı, taşınmazı [BAŞLANGIÇ TARİHİ]nden bu yana hukuki dayanaktan yoksun biçimde kullanmaktadır: [KULLANIM ŞEKLİ: oturma, kiraya verme, tarımsal kullanım].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3. [Paydaşlar arası davada] Davacı, [İHTARNAME TARİHİ] tarihli ihtarname ile intifadan men koşulunu gerçekleştirmiştir.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4. Taşınmazın emsal kira getirisi aylık [TUTAR] TL olup davalının ödemesi gereken ecrimisil, geriye dönük beş yıllık dönem için talep edilmektedir.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DAYANAK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TMK m. 683, m. 995; ilgili İçtihadı Birleştirme kararları ve ilgili sair mevzuat.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DELİLLER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Tapu kayıtları, ihtarname, keşif, emsal kira araştırması, bilirkişi, tanık ve sair yasal deliller.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SONUÇ VE İSTEM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Fazlaya ilişkin haklar saklı kalmak üzere [DÖNEM] için şimdilik [TUTAR] TL ecrimisilin işleyecek yasal faiziyle davalıdan tahsiline; yargılama giderlerinin davalıya yükletilmesine karar verilmesini saygıyla arz ve talep ederim.</w:t>
      </w:r>
    </w:p>
    <w:p>
      <w:pPr>
        <w:spacing w:before="200" w:after="40"/>
      </w:pPr>
      <w:r>
        <w:rPr>
          <w:rFonts w:ascii="Times New Roman" w:hAnsi="Times New Roman"/>
          <w:b w:val="0"/>
          <w:i w:val="0"/>
          <w:sz w:val="24"/>
        </w:rPr>
        <w:t>Tarih : [GÜN/AY/YIL]</w:t>
      </w:r>
    </w:p>
    <w:p>
      <w:pPr>
        <w:spacing w:before="0" w:after="0"/>
        <w:jc w:val="right"/>
      </w:pPr>
      <w:r>
        <w:rPr>
          <w:rFonts w:ascii="Times New Roman" w:hAnsi="Times New Roman"/>
          <w:b w:val="0"/>
          <w:i w:val="0"/>
          <w:sz w:val="24"/>
        </w:rPr>
        <w:t>[AD SOYAD]</w:t>
      </w:r>
    </w:p>
    <w:p>
      <w:pPr>
        <w:spacing w:before="0" w:after="160"/>
        <w:jc w:val="right"/>
      </w:pPr>
      <w:r>
        <w:rPr>
          <w:rFonts w:ascii="Times New Roman" w:hAnsi="Times New Roman"/>
          <w:b w:val="0"/>
          <w:i w:val="0"/>
          <w:sz w:val="24"/>
        </w:rPr>
        <w:t>İmza</w:t>
      </w:r>
    </w:p>
    <w:p>
      <w:pPr>
        <w:spacing w:before="80" w:after="120"/>
      </w:pPr>
      <w:r>
        <w:rPr>
          <w:rFonts w:ascii="Times New Roman" w:hAnsi="Times New Roman"/>
          <w:b/>
          <w:i w:val="0"/>
          <w:sz w:val="24"/>
        </w:rPr>
        <w:t>EKLER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1. Tapu kaydı örneği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2. [Varsa] İntifadan men ihtarnamesi</w:t>
      </w:r>
    </w:p>
    <w:p>
      <w:pPr>
        <w:spacing w:before="280" w:after="0"/>
        <w:jc w:val="center"/>
      </w:pPr>
      <w:r>
        <w:rPr>
          <w:rFonts w:ascii="Times New Roman" w:hAnsi="Times New Roman"/>
          <w:b w:val="0"/>
          <w:i/>
          <w:color w:val="555555"/>
          <w:sz w:val="18"/>
        </w:rPr>
        <w:t>Bu örnek hukuki tavsiye değildir. · akademikhukuk.org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Ecrimisil Dava Dilekçesi</dc:title>
  <dc:subject/>
  <dc:creator>Akademik Hukuk &amp; Danışmanlık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