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[GÖREVLİ MAHKEME: TÜKETİCİ MAHKEMESİ / (kamu hastanesi için) İDARE MAHKEMESİ]NE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Hatalı tıbbi uygulama nedeniyle maddi ve manevi tazminat istemidir.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HARCA ESAS DEĞER : </w:t>
      </w:r>
      <w:r>
        <w:rPr>
          <w:rFonts w:ascii="Times New Roman" w:hAnsi="Times New Roman"/>
          <w:sz w:val="24"/>
        </w:rPr>
        <w:t>[TUTAR] TL (fazlaya ilişkin haklar saklıdır)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DAVACI (HASTA/YAKINI)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[HEKİM / ÖZEL SAĞLIK KURULUŞU / İDARE]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Davacı, [TARİH]te davalı sağlık kuruluşunda [ŞİKÂYET/TANI] nedeniyle [MUAYENE/AMELİYAT/TEDAVİ] görmüştür: [SÜRECİN ÖZETİ].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Tıbbi uygulama; [YANLIŞ TANI, HATALI AMELİYAT, YABANCI CİSİM UNUTULMASI, ENFEKSİYON ÖNLEMLERİNİN ALINMAMASI, AYDINLATILMIŞ ONAM ALINMAMASI gibi] nedenlerle tıp standartlarına aykırıdır.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Hata sonucu davacıda şu zarar doğmuştur: [KALICI SAKATLIK, UZAYAN TEDAVİ, YENİDEN AMELİYAT, ÖLÜM — sağlık kayıtlarıyla].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Maddi zarar kalemleri: [TEDAVİ GİDERLERİ, KAZANÇ KAYBI, BAKICI GİDERİ]; olay ayrıca ağır manevi zarara yol açmıştır.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5. [Kamu hastanesi için] İdareye [TARİH]te yapılan ön başvuru [REDDEDİLMİŞ/CEVAPSIZ KALMIŞTIR].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TBK m. 49, m. 56, m. 502 vd.; 6502 sayılı TKHK; [idare için] Anayasa m. 125, İYUK m. 13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DELİLLER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Tüm tedavi ve hastane kayıtları, Adli Tıp / üniversite hastanesi bilirkişi incelemesi, tanık ve sair yasal deliller.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Fazlaya ilişkin haklar saklı kalmak üzere şimdilik [TUTAR] TL maddi ve [TUTAR] TL manevi tazminatın olay tarihinden itibaren yasal faiziyle davalıdan/davalılardan tahsiline; yargılama giderlerinin davalıya yükletilmesine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Tedavi ve hastane kayıtları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[Varsa] Sağlık kurulu raporu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3. [İdare için] Ön başvuru ve cevabı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Hatalı Tıbbi Uygulama (Malpraktis) Tazminat Dava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