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NÖBETÇİ SULH HUKUK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Konut gereksinimi nedeniyle kiralananın tahliyesi istemidir.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VEKİLİ : </w:t>
      </w:r>
      <w:r>
        <w:rPr>
          <w:rFonts w:ascii="Times New Roman" w:hAnsi="Times New Roman"/>
          <w:sz w:val="24"/>
        </w:rPr>
        <w:t>[VARSA] Av. [AD SOYAD] — [ADRES]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Davalı, mülkiyeti davacıya ait [ADRES] adresindeki taşınmazda [SÖZLEŞME TARİHİ] tarihli kira sözleşmesiyle kiracı olarak oturmaktadır.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Davacı, kiralananı [KENDİSİ / EŞİ / ALTSOYU / ÜSTSOYU / BAKMAKLA YÜKÜMLÜ OLDUĞU KİŞİ] için konut olarak kullanma zorunluluğu içindedir. Gereksinimin dayandığı somut olgular şunlardır: [AÇIKLAMA].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Gereksinim gerçek, samimi ve zorunludur; davacının aynı nitelikte kullanabileceği başka bir konutu yoktur.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Belirli süreli sözleşme [SÜRE SONU TARİHİ] tarihinde sona ermiş olup dava, sürenin sonundan itibaren bir aylık yasal süre içinde açılmıştır.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TBK m. 350-351, m. 355; HMK ilgili hükümleri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Kira sözleşmesi, tapu kaydı, ihtarname, tanık, keşif, bilirkişi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Davanın kabulü ile davalının kiralanandan TAHLİYESİNE, yargılama giderleri ile vekâlet ücretinin davalıya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Kira sözleşmesi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Tapu kaydı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3. [Varsa] İhtarname ve tebliğ şerhi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İhtiyaç Nedeniyle Tahliye Dava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