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Times New Roman" w:hAnsi="Times New Roman"/>
          <w:b/>
          <w:i w:val="0"/>
          <w:color w:val="555555"/>
          <w:sz w:val="18"/>
        </w:rPr>
        <w:t>KULLANIM NOTU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color w:val="555555"/>
          <w:sz w:val="18"/>
        </w:rPr>
        <w:t>Bu belge genel bir örnektir. Her dosyanın olayı, tarihleri ve belgeleri farklıdır; metin ve köşeli parantezli alanlar somut duruma göre uyarlanmalı, güncel mevzuat ve süreler ayrıca kontrol edilmelidir.</w:t>
      </w:r>
    </w:p>
    <w:p>
      <w:pPr>
        <w:spacing w:before="0" w:after="240"/>
      </w:pPr>
      <w:r>
        <w:rPr>
          <w:rFonts w:ascii="Times New Roman" w:hAnsi="Times New Roman"/>
          <w:b w:val="0"/>
          <w:i w:val="0"/>
          <w:color w:val="555555"/>
          <w:sz w:val="18"/>
        </w:rPr>
        <w:t>Kaynak : akademikhukuk.org/dilekce-ornekleri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[İL/İLÇE] [.....] İCRA DAİRESİNE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Dosya No: [TAKİP NO]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KONU : </w:t>
      </w:r>
      <w:r>
        <w:rPr>
          <w:rFonts w:ascii="Times New Roman" w:hAnsi="Times New Roman"/>
          <w:sz w:val="24"/>
        </w:rPr>
        <w:t>Haczedilen mallar üzerinde üçüncü kişinin mülkiyet iddiasının bildirilmesidir.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İSTİHKAK İDDİASINDA BULUNAN (ÜÇÜNCÜ KİŞİ) : </w:t>
      </w:r>
      <w:r>
        <w:rPr>
          <w:rFonts w:ascii="Times New Roman" w:hAnsi="Times New Roman"/>
          <w:sz w:val="24"/>
        </w:rPr>
        <w:t>[AD SOYAD] (T.C. Kimlik No: [T.C. KİMLİK NO])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[TEBLİGATA ELVERİŞLİ ADRES]  —  Tel/E-posta : [TELEFON] / [E-POSTA]</w:t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ALACAKLI : </w:t>
      </w:r>
      <w:r>
        <w:rPr>
          <w:rFonts w:ascii="Times New Roman" w:hAnsi="Times New Roman"/>
          <w:sz w:val="24"/>
        </w:rPr>
        <w:t>[AD SOYAD / UNVAN]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[ADRES]</w:t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BORÇLU : </w:t>
      </w:r>
      <w:r>
        <w:rPr>
          <w:rFonts w:ascii="Times New Roman" w:hAnsi="Times New Roman"/>
          <w:sz w:val="24"/>
        </w:rPr>
        <w:t>[AD SOYAD / UNVAN]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[ADRES]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1. [HACİZ TARİHİ] tarihli haciz sırasında [ADRES] adresinde şu mallar haczedilmiştir: [HACZEDİLEN MALLARIN LİSTESİ].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2. Haczedilen mallar borçluya değil, istihkak iddiasında bulunan üçüncü kişiye aittir; mülkiyet şu belgelerle sabittir: [FATURA, DEVİR SÖZLEŞMESİ, DEMİRBAŞ KAYDI, ÖDEME BELGESİ].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3. Malların bulunduğu yer ve zilyetlik durumu şudur: [AÇIKLAMA].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4. İddia, İİK m. 96-97 kapsamında değerlendirilmek üzere süresinde ileri sürülmektedir.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DAYANAK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İİK m. 96-99 ve ilgili sair mevzuat.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SONUÇ VE TALEP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Haczedilen mallar üzerindeki istihkak iddiamın haciz tutanağına işlenmesini, İİK m. 96 ve devamı uyarınca işlem yapılmasını ve malların satışının durdurulmasını talep ederim.</w:t>
      </w:r>
    </w:p>
    <w:p>
      <w:pPr>
        <w:spacing w:before="200" w:after="40"/>
      </w:pPr>
      <w:r>
        <w:rPr>
          <w:rFonts w:ascii="Times New Roman" w:hAnsi="Times New Roman"/>
          <w:b w:val="0"/>
          <w:i w:val="0"/>
          <w:sz w:val="24"/>
        </w:rPr>
        <w:t>Tarih : [GÜN/AY/YIL]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i w:val="0"/>
          <w:sz w:val="24"/>
        </w:rPr>
        <w:t>[AD SOYAD]</w:t>
      </w:r>
    </w:p>
    <w:p>
      <w:pPr>
        <w:spacing w:before="0" w:after="160"/>
        <w:jc w:val="right"/>
      </w:pPr>
      <w:r>
        <w:rPr>
          <w:rFonts w:ascii="Times New Roman" w:hAnsi="Times New Roman"/>
          <w:b w:val="0"/>
          <w:i w:val="0"/>
          <w:sz w:val="24"/>
        </w:rPr>
        <w:t>İmza</w:t>
      </w:r>
    </w:p>
    <w:p>
      <w:pPr>
        <w:spacing w:before="80" w:after="120"/>
      </w:pPr>
      <w:r>
        <w:rPr>
          <w:rFonts w:ascii="Times New Roman" w:hAnsi="Times New Roman"/>
          <w:b/>
          <w:i w:val="0"/>
          <w:sz w:val="24"/>
        </w:rPr>
        <w:t>EKLER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1. Mülkiyeti gösteren belgeler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2. Haciz tutanağı örneği</w:t>
      </w:r>
    </w:p>
    <w:p>
      <w:pPr>
        <w:spacing w:before="280" w:after="0"/>
        <w:jc w:val="center"/>
      </w:pPr>
      <w:r>
        <w:rPr>
          <w:rFonts w:ascii="Times New Roman" w:hAnsi="Times New Roman"/>
          <w:b w:val="0"/>
          <w:i/>
          <w:color w:val="555555"/>
          <w:sz w:val="18"/>
        </w:rPr>
        <w:t>Bu örnek hukuki tavsiye değildir. · akademikhukuk.org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İstihkak İddiası Dilekçesi</dc:title>
  <dc:subject/>
  <dc:creator>Akademik Hukuk &amp; Danışmanlık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