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[İL/İLÇE] NÖBETÇİ ASLİYE HUKUK MAHKEMESİNE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Kişilik haklarına hukuka aykırı saldırı nedeniyle manevi tazminat istemidir.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HARCA ESAS DEĞER : </w:t>
      </w:r>
      <w:r>
        <w:rPr>
          <w:rFonts w:ascii="Times New Roman" w:hAnsi="Times New Roman"/>
          <w:sz w:val="24"/>
        </w:rPr>
        <w:t>[TUTAR] TL (fazlaya ilişkin haklar saklıdır)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DAVACI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VEKİLİ : </w:t>
      </w:r>
      <w:r>
        <w:rPr>
          <w:rFonts w:ascii="Times New Roman" w:hAnsi="Times New Roman"/>
          <w:sz w:val="24"/>
        </w:rPr>
        <w:t>[VARSA] Av. [AD SOYAD] — [ADRES]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DAVALI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Davalı; [TARİH]te [SOSYAL MEDYA PAYLAŞIMI / BASIN YAYIN / SÖZLÜ-YAZILI BEYAN] yoluyla davacının kişilik haklarına saldırmıştır: [HAKARET, İFTİRA, ÖZEL HAYATIN İHLALİ, GÖRÜNTÜ KULLANIMI — içerik ve yayın bilgisi].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[Varsa] İçerik hâlen erişime açıktır: [URL/YAYIN BİLGİSİ]; delil tespiti yapılmıştır: [NOTER/UYAP TESPİTİ].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Saldırı; davacının şeref, haysiyet ve toplumsal itibarını ağır biçimde zedelemiş, elem ve ıstıraba yol açmıştır.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[Varsa] Aynı olay hakkında ceza süreci: [SAVCILIK/MAHKEME, DOSYA NO].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TMK m. 24-25; TBK m. 58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DELİLLER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İçerik tespitleri, tanık, [varsa] ceza dosyası, bilirkişi ve sair yasal deliller.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İSTEM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Davanın kabulü ile [TUTAR] TL manevi tazminatın olay tarihinden itibaren yasal faiziyle davalıdan tahsiline; [içerik erişilebilir durumdaysa] saldırının sona erdirilmesine ve kararın özetinin ilanına; yargılama giderlerinin davalıya yükletilmesine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İçerik tespit belgeleri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[Varsa] Ceza dosyası bilgileri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Kişilik Haklarına Saldırı Nedeniyle Manevi Tazminat Dava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