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[İL/İLÇE] İCRA HUKUK MAHKEMESİNE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Haczedilen taşınmazın/taşınırın kıymet takdirine itiraz ile yeniden değer tespiti istemidir.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İTİRAZ EDEN (BORÇLU/ALACAKLI)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KARŞI TARAF : </w:t>
      </w:r>
      <w:r>
        <w:rPr>
          <w:rFonts w:ascii="Times New Roman" w:hAnsi="Times New Roman"/>
          <w:sz w:val="24"/>
        </w:rPr>
        <w:t>[AD SOYAD / UNVAN]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[ADRES]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[İCRA DAİRESİ, TAKİP NO] sayılı dosyada haczedilen [TAŞINMAZ/TAŞINIR: TAPU/ARAÇ BİLGİSİ] için yaptırılan kıymet takdiri [TEBLİĞ TARİHİ] tarihinde tebliğ edilmiştir; itiraz yedi günlük süresi içindedir.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Belirlenen [TUTAR] TL değer gerçek piyasa değerinin çok [ALTINDA/ÜSTÜNDE]dir.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Değeri etkileyen unsurlar gözetilmemiştir: [KONUM, İMAR DURUMU, YAPI NİTELİĞİ, EMSAL SATIŞLAR, MODEL/DONANIM vb.].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4. Yeniden bilirkişi incelemesi yaptırılarak gerçek değerin tespiti gerekir.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İİK m. 128, m. 128/a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SONUÇ VE TALEP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İtirazın kabulü ile mahallinde keşif ve yeni bilirkişi incelemesi yaptırılarak [TAŞINMAZ/TAŞINIR] için gerçek değerin TESPİTİNE karar verilmesini saygıyla arz ve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Kıymet takdiri raporu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2. [Varsa] Emsal değer belgeleri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Kıymet Takdirine İtiraz Dilekçesi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