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Times New Roman" w:hAnsi="Times New Roman"/>
          <w:b/>
          <w:i w:val="0"/>
          <w:color w:val="555555"/>
          <w:sz w:val="18"/>
        </w:rPr>
        <w:t>KULLANIM NOTU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color w:val="555555"/>
          <w:sz w:val="18"/>
        </w:rPr>
        <w:t>Bu belge genel bir örnektir. Her dosyanın olayı, tarihleri ve belgeleri farklıdır; metin ve köşeli parantezli alanlar somut duruma göre uyarlanmalı, güncel mevzuat ve süreler ayrıca kontrol edilmelidir.</w:t>
      </w:r>
    </w:p>
    <w:p>
      <w:pPr>
        <w:spacing w:before="0" w:after="240"/>
      </w:pPr>
      <w:r>
        <w:rPr>
          <w:rFonts w:ascii="Times New Roman" w:hAnsi="Times New Roman"/>
          <w:b w:val="0"/>
          <w:i w:val="0"/>
          <w:color w:val="555555"/>
          <w:sz w:val="18"/>
        </w:rPr>
        <w:t>Kaynak : akademikhukuk.org/dilekce-ornekleri</w:t>
      </w:r>
    </w:p>
    <w:p>
      <w:pPr>
        <w:spacing w:before="0" w:after="40"/>
        <w:jc w:val="center"/>
      </w:pPr>
      <w:r>
        <w:rPr>
          <w:rFonts w:ascii="Times New Roman" w:hAnsi="Times New Roman"/>
          <w:b/>
          <w:i w:val="0"/>
          <w:sz w:val="24"/>
        </w:rPr>
        <w:t>[İL] SULH CEZA HÂKİMLİĞİNE</w:t>
      </w:r>
    </w:p>
    <w:p>
      <w:pPr>
        <w:spacing w:before="0" w:after="40"/>
        <w:jc w:val="center"/>
      </w:pPr>
      <w:r>
        <w:rPr>
          <w:rFonts w:ascii="Times New Roman" w:hAnsi="Times New Roman"/>
          <w:b/>
          <w:i w:val="0"/>
          <w:sz w:val="24"/>
        </w:rPr>
        <w:t>([KARARI VEREN] CUMHURİYET BAŞSAVCILIĞI ARACILIĞIYLA)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KONU : </w:t>
      </w:r>
      <w:r>
        <w:rPr>
          <w:rFonts w:ascii="Times New Roman" w:hAnsi="Times New Roman"/>
          <w:sz w:val="24"/>
        </w:rPr>
        <w:t>Kovuşturmaya yer olmadığına dair kararın kaldırılması istemidir.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İTİRAZ EDEN (MÜŞTEKİ) : </w:t>
      </w:r>
      <w:r>
        <w:rPr>
          <w:rFonts w:ascii="Times New Roman" w:hAnsi="Times New Roman"/>
          <w:sz w:val="24"/>
        </w:rPr>
        <w:t>[AD SOYAD] (T.C. Kimlik No: [T.C. KİMLİK NO])</w:t>
      </w:r>
    </w:p>
    <w:p>
      <w:pPr>
        <w:spacing w:before="0" w:after="160"/>
      </w:pPr>
      <w:r>
        <w:rPr>
          <w:rFonts w:ascii="Times New Roman" w:hAnsi="Times New Roman"/>
          <w:b w:val="0"/>
          <w:i w:val="0"/>
          <w:sz w:val="24"/>
        </w:rPr>
        <w:t>Adres : [TEBLİGATA ELVERİŞLİ ADRES]  —  Tel/E-posta : [TELEFON] / [E-POSTA]</w:t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ŞÜPHELİ : </w:t>
      </w:r>
      <w:r>
        <w:rPr>
          <w:rFonts w:ascii="Times New Roman" w:hAnsi="Times New Roman"/>
          <w:sz w:val="24"/>
        </w:rPr>
        <w:t>[AD SOYAD / UNVAN]</w:t>
      </w:r>
    </w:p>
    <w:p>
      <w:pPr>
        <w:spacing w:before="0" w:after="160"/>
      </w:pPr>
      <w:r>
        <w:rPr>
          <w:rFonts w:ascii="Times New Roman" w:hAnsi="Times New Roman"/>
          <w:b w:val="0"/>
          <w:i w:val="0"/>
          <w:sz w:val="24"/>
        </w:rPr>
        <w:t>Adres : [ADRES]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AÇIKLAMALAR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1. [SAVCILIK] Cumhuriyet Başsavcılığının [SORUŞTURMA NO] sayılı dosyasında verilen [KARAR TARİHİ] tarihli kovuşturmaya yer olmadığı kararı, itiraz edene [TEBLİĞ TARİHİ]nde tebliğ edilmiştir; itiraz on beş günlük yasal süre içindedir.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2. Karar hukuka aykırıdır; soruşturma eksik yürütülmüştür: [TOPLANMAYAN DELİLLER: dinlenmeyen tanıklar, alınmayan kamera kayıtları, yapılmayan bilirkişi incelemesi].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3. Mevcut deliller dahi kamu davası açılması için yeterli şüpheyi oluşturmaktadır: [DELİLLERİN DEĞERLENDİRMESİ].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HUKUKİ DAYANAK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CMK m. 172-173 ve ilgili sair mevzuat.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SONUÇ VE TALEP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İtirazın kabulü ile kovuşturmaya yer olmadığı kararının KALDIRILMASINA ve eksik soruşturma işlemleri tamamlanarak kamu davası açılmasına karar verilmesini saygıyla arz ve talep ederim.</w:t>
      </w:r>
    </w:p>
    <w:p>
      <w:pPr>
        <w:spacing w:before="200" w:after="40"/>
      </w:pPr>
      <w:r>
        <w:rPr>
          <w:rFonts w:ascii="Times New Roman" w:hAnsi="Times New Roman"/>
          <w:b w:val="0"/>
          <w:i w:val="0"/>
          <w:sz w:val="24"/>
        </w:rPr>
        <w:t>Tarih : [GÜN/AY/YIL]</w:t>
      </w:r>
    </w:p>
    <w:p>
      <w:pPr>
        <w:spacing w:before="0" w:after="0"/>
        <w:jc w:val="right"/>
      </w:pPr>
      <w:r>
        <w:rPr>
          <w:rFonts w:ascii="Times New Roman" w:hAnsi="Times New Roman"/>
          <w:b w:val="0"/>
          <w:i w:val="0"/>
          <w:sz w:val="24"/>
        </w:rPr>
        <w:t>[AD SOYAD]</w:t>
      </w:r>
    </w:p>
    <w:p>
      <w:pPr>
        <w:spacing w:before="0" w:after="160"/>
        <w:jc w:val="right"/>
      </w:pPr>
      <w:r>
        <w:rPr>
          <w:rFonts w:ascii="Times New Roman" w:hAnsi="Times New Roman"/>
          <w:b w:val="0"/>
          <w:i w:val="0"/>
          <w:sz w:val="24"/>
        </w:rPr>
        <w:t>İmza</w:t>
      </w:r>
    </w:p>
    <w:p>
      <w:pPr>
        <w:spacing w:before="80" w:after="120"/>
      </w:pPr>
      <w:r>
        <w:rPr>
          <w:rFonts w:ascii="Times New Roman" w:hAnsi="Times New Roman"/>
          <w:b/>
          <w:i w:val="0"/>
          <w:sz w:val="24"/>
        </w:rPr>
        <w:t>EKLER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1. İtiraz edilen karar örneği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2. [Varsa] Yeni delil belgeleri</w:t>
      </w:r>
    </w:p>
    <w:p>
      <w:pPr>
        <w:spacing w:before="280" w:after="0"/>
        <w:jc w:val="center"/>
      </w:pPr>
      <w:r>
        <w:rPr>
          <w:rFonts w:ascii="Times New Roman" w:hAnsi="Times New Roman"/>
          <w:b w:val="0"/>
          <w:i/>
          <w:color w:val="555555"/>
          <w:sz w:val="18"/>
        </w:rPr>
        <w:t>Bu örnek hukuki tavsiye değildir. · akademikhukuk.org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Kovuşturmaya Yer Olmadığı Kararına İtiraz Dilekçesi</dc:title>
  <dc:subject/>
  <dc:creator>Akademik Hukuk &amp; Danışmanlık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tr-TR</dc:language>
</cp:coreProperties>
</file>