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NÖBETÇİ İŞ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İşyerinde sistematik psikolojik taciz (mobbing) nedeniyle manevi ve maddi tazminat istemidir.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HARCA ESAS DEĞER : </w:t>
      </w:r>
      <w:r>
        <w:rPr>
          <w:rFonts w:ascii="Times New Roman" w:hAnsi="Times New Roman"/>
          <w:sz w:val="24"/>
        </w:rPr>
        <w:t>[TUTAR] TL (fazlaya ilişkin haklar saklıdır)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DAVACI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VEKİLİ : </w:t>
      </w:r>
      <w:r>
        <w:rPr>
          <w:rFonts w:ascii="Times New Roman" w:hAnsi="Times New Roman"/>
          <w:sz w:val="24"/>
        </w:rPr>
        <w:t>[VARSA] Av. [AD SOYAD] — [ADRES]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DAVALI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Davacı, davalı işyerinde [İŞE GİRİŞ TARİHİ] tarihinden bu yana / [TARİHLERİ ARASINDA] [GÖREV] olarak çalışmıştır.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Davacı; [TARİH ARALIĞINDA], [FAİL/FAİLLER] tarafından sistematik biçimde [DIŞLAMA, İTİBARSIZLAŞTIRMA, GÖREV TANIMINA AYKIRI İŞLER VERME, HEDEF GÖSTERME, HAKARET gibi] uygulamalara maruz kalmıştır: [OLAYLARIN TARİH SIRALI DÖKÜMÜ].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Bu uygulamalar süreklilik ve kasıt unsurlarıyla psikolojik taciz niteliğindedir; davacının kişilik hakları ve sağlığı zarar görmüştür: [SAĞLIK RAPORLARI/TEDAVİ].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İşveren, işçiyi gözetme ve kişiliğini koruma borcunu ihlal etmiştir; şikâyetlere rağmen önlem alınmamıştır.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TBK m. 417; TMK m. 24-25; İş Kanunu ilgili hükümleri; 7036 sayılı Kanun m. 3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DELİLLER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İşyeri yazışmaları ve e-postalar, sağlık raporları, tanık, bilirkişi ve sair yasal deliller.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Davanın kabulü ile davacı lehine [TUTAR] TL manevi ve [TUTAR] TL maddi tazminatın olay tarihinden itibaren yasal faiziyle davalıdan tahsiline; yargılama giderlerinin davalıya yükletilmesine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Arabuluculuk son tutanağı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[Varsa] Sağlık raporları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3. [Varsa] Yazışma örnekleri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Mobbing Nedeniyle Tazminat Dava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