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[TAŞINMAZIN BULUNDUĞU YER] ASLİYE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Muris muvazaası nedeniyle tapunun iptali ile miras payı oranında tescil istemidir.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HARCA ESAS DEĞER : </w:t>
      </w:r>
      <w:r>
        <w:rPr>
          <w:rFonts w:ascii="Times New Roman" w:hAnsi="Times New Roman"/>
          <w:sz w:val="24"/>
        </w:rPr>
        <w:t>[TUTAR] TL (fazlaya ilişkin haklar saklıdır)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Muris [ADI SOYADI], [ÖLÜM TARİHİ] tarihinde vefat etmiş; davacı yasal mirasçısıdır.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Muris, [DEVİR TARİHİ] tarihinde maliki olduğu [TAPU BİLGİLERİ: il/ilçe/ada/parsel] taşınmazı tapuda satış göstererek davalıya devretmiştir.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Görünürdeki satış sözleşmesi muvazaalıdır; gerçek irade bağıştır ve amaç diğer mirasçılardan mal kaçırmaktır: [BEDELİN ÖDENMEMESİ, SATIŞA İHTİYAÇ BULUNMAMASI, DEVRALANIN ALIM GÜCÜNÜN OLMAMASI, MURİSİN TAŞINMAZI KULLANMAYA DEVAM ETMESİ gibi olgular].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1.4.1974 tarihli ve 1/2 sayılı İçtihadı Birleştirme Kararı uyarınca mirasçılar, muvazaalı işlemin geçersizliğini süreye bağlı olmaksızın ileri sürebilir.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TBK m. 19; TMK m. 1025; 1.4.1974 tarihli, 1/2 sayılı İBK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Tapu kayıtları ve akit tablosu, banka kayıtları, vergi değerleri, keşif, bilirkişi, tanık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Davanın kabulü ile [TAPU BİLGİLERİ] taşınmazın tapu kaydının İPTALİ ile davacının miras payı oranında adına TESCİLİNE; olmadığı takdirde tenkise; yargılama giderlerinin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Mirasçılık belgesi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Tapu kaydı örneği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Muris Muvazaası Nedeniyle Tapu İptal ve Tescil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