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İHTARNAME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Ödenmeyen kira bedellerinin otuz gün içinde ödenmesi; ödenmemesi hâlinde sözleşmenin feshi ve tahliye yoluna gidileceği ihtarıdır.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KEŞİDECİ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MUHATAP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Muhatap, keşideciye ait [ADRES] adresindeki taşınmazda [SÖZLEŞME TARİHİ] tarihli sözleşmeyle kiracıdır.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[AY/YIL] dönemlerine ait toplam [TUTAR] TL kira bedeli, sözleşmede kararlaştırılan ödeme gününe kadar ödenmemiştir.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TBK m. 315 uyarınca kiracıya verilecek süre konut ve çatılı işyeri kiralarında en az otuz gündür; bu süre içinde ödeme yapılmazsa sözleşme feshedilebilir.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TBK m. 315; TBK m. 352/2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İHTAR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İşbu ihtarnamenin tebliğinden itibaren OTUZ GÜN içinde birikmiş [TUTAR] TL kira borcunu [IBAN/HESAP] hesabına ödemenizi; ödemediğiniz takdirde sözleşmenin feshedileceğini, tahliye ve alacak için yasal yollara başvurulacağını, bu ihtarın iki haklı ihtara esas alınacağını ihtar ederim.</w:t>
      </w:r>
    </w:p>
    <w:p>
      <w:pPr>
        <w:spacing w:before="40" w:after="120"/>
      </w:pPr>
      <w:r>
        <w:rPr>
          <w:rFonts w:ascii="Times New Roman" w:hAnsi="Times New Roman"/>
          <w:b w:val="0"/>
          <w:i w:val="0"/>
          <w:sz w:val="24"/>
        </w:rPr>
        <w:t>Sayın Noter; üç nüsha düzenlenen işbu ihtarnamenin bir nüshasının muhataba tebliğini, tebliğ şerhini taşıyan bir nüshasının tarafıma verilmesini, diğer nüshasının dairenizde saklanmasını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[Varsa] Ödenmeyen dönemlere ilişkin hesap dökümü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Ödenmeyen Kira Bedeli İçin Temerrüt İhtarnamesi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