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[TAŞINMAZIN BULUNDUĞU YER] SULH HUKUK MAHKEMESİNE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Paydaşlığın (ortaklığın) satış yoluyla giderilmesi istemidir.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DAVACI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VEKİLİ : </w:t>
      </w:r>
      <w:r>
        <w:rPr>
          <w:rFonts w:ascii="Times New Roman" w:hAnsi="Times New Roman"/>
          <w:sz w:val="24"/>
        </w:rPr>
        <w:t>[VARSA] Av. [AD SOYAD] — [ADRES]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DAVALI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Taraflar, [TAPU BİLGİLERİ: il/ilçe/mahalle/ada/parsel] taşınmazında [PAY ORANLARI] oranlarında paydaştır: [PAYDAŞLIĞIN KAYNAĞI: miras, satın alma vb.].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Paydaşlar arasında taşınmazın kullanımı ve paylaşımı konusunda anlaşma sağlanamamıştır: [ANLAŞMAZLIĞIN ÖZETİ].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Taşınmazın niteliği itibarıyla aynen taksimi mümkün değildir; [AYNEN TAKSİM İSTENİYORSA GEREKÇESİ YAZILIR].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Bu nedenle ortaklığın satış yoluyla giderilmesi gerekmektedir.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TMK m. 698-699; HMK ilgili hükümleri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DELİLLER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Tapu kayıtları, keşif, bilirkişi, tanık ve sair yasal deliller.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İSTEM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Davanın kabulü ile taşınmaz üzerindeki ortaklığın [SATIŞ YOLUYLA / MÜMKÜNSE AYNEN TAKSİM SURETİYLE] GİDERİLMESİNE, satış bedelinin tapudaki pay oranlarına göre paylaştırılmasına; yargılama giderlerinin payları oranında taraflara yükletilmesine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Tapu kaydı örneği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[Miras kaynaklıysa] Mirasçılık belgesi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3. Paydaşların adres bilgileri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Ortaklığın Giderilmesi (İzale-i Şüyu) Dava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