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[İL/İLÇE] NÖBETÇİ İŞ MAHKEMESİNE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İş sözleşmesinin sona ermesine rağmen ödenmeyen yıllık izin ücretlerinin tahsili istemidir.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HARCA ESAS DEĞER : </w:t>
      </w:r>
      <w:r>
        <w:rPr>
          <w:rFonts w:ascii="Times New Roman" w:hAnsi="Times New Roman"/>
          <w:sz w:val="24"/>
        </w:rPr>
        <w:t>[TUTAR] TL (fazlaya ilişkin haklar saklıdır)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DAVACI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VEKİLİ : </w:t>
      </w:r>
      <w:r>
        <w:rPr>
          <w:rFonts w:ascii="Times New Roman" w:hAnsi="Times New Roman"/>
          <w:sz w:val="24"/>
        </w:rPr>
        <w:t>[VARSA] Av. [AD SOYAD] — [ADRES]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DAVALI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Davacı, davalı işyerinde [İŞE GİRİŞ] – [İŞTEN ÇIKIŞ] tarihleri arasında [GÖREV] olarak çalışmış; iş sözleşmesi [FESİH ŞEKLİ] ile sona ermiştir.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Davacının kıdemine göre hak kazandığı yıllık ücretli izin süresi toplam [GÜN] gündür; bu iznin [KULLANDIRILMAYAN GÜN] günü kullandırılmamıştır.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Sözleşmenin sona ermesiyle kullanılmayan izinlere ait ücret, son ücret üzerinden ödenmesi gereken alacağa dönüşmüştür; ödeme yapılmamıştır.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Dava şartı arabuluculuk süreci [TARİH] tarihli anlaşamama tutanağıyla sonuçlanmıştır.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4857 sayılı İş Kanunu m. 53-59; 7036 sayılı Kanun m. 3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DELİLLER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İzin defteri ve özlük dosyası, ücret bordroları, tanık, bilirkişi ve sair yasal deliller.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İSTEM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Fazlaya ilişkin haklar saklı kalmak üzere şimdilik [TUTAR] TL yıllık izin ücreti alacağının sözleşmenin sona erdiği tarihten itibaren yasal faiziyle davalıdan tahsiline; yargılama giderlerinin davalıya yükletilmesine karar verilmesini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Arabuluculuk son tutanağı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SGK hizmet dökümü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Yıllık İzin Ücreti Alacağı Dava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