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 ilgili dekanlık — atama jürisi üyesince doldurulur</w:t>
            </w:r>
          </w:p>
          <w:p>
            <w:pPr>
              <w:spacing w:after="40"/>
            </w:pPr>
            <w:r>
              <w:rPr>
                <w:sz w:val="18"/>
              </w:rPr>
              <w:t xml:space="preserve">Süre          : Görevlendirme yazısında belirtilen süre içinde (genellikle bir ay).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[KADRO UNVANI] kadrosuna başvuran [AD SOYAD] hakkında hazırladığım jüri değerlendirme raporudur.</w:t>
      </w:r>
    </w:p>
    <w:p>
      <w:pPr>
        <w:spacing w:before="200" w:after="80"/>
      </w:pPr>
      <w:r>
        <w:rPr>
          <w:b/>
          <w:sz w:val="22"/>
        </w:rPr>
        <w:t xml:space="preserve">JÜRİ ÜYESİ VE BAŞVURU BİLGİLERİ</w:t>
      </w:r>
    </w:p>
    <w:p>
      <w:pPr>
        <w:spacing w:after="0"/>
      </w:pPr>
      <w:r>
        <w:t xml:space="preserve">Jüri Üyesi      : [UNVAN AD SOYAD] — [ÜNİVERSİTE / BİRİM]</w:t>
      </w:r>
    </w:p>
    <w:p>
      <w:pPr>
        <w:spacing w:after="0"/>
      </w:pPr>
      <w:r>
        <w:t xml:space="preserve">Görevlendirme   : [TARİH] tarihli ve [SAYI] sayılı yazı</w:t>
      </w:r>
    </w:p>
    <w:p>
      <w:pPr>
        <w:spacing w:after="0"/>
      </w:pPr>
      <w:r>
        <w:t xml:space="preserve">İlan            : [TARİH] tarihli Resmî Gazete / üniversite ilanı</w:t>
      </w:r>
    </w:p>
    <w:p>
      <w:pPr>
        <w:spacing w:after="0"/>
      </w:pPr>
      <w:r>
        <w:t xml:space="preserve">Kadro           : [FAKÜLTE — BÖLÜM — ANABİLİM DALI] / [UNVAN]</w:t>
      </w:r>
    </w:p>
    <w:p>
      <w:pPr>
        <w:spacing w:after="0"/>
      </w:pPr>
      <w:r>
        <w:t xml:space="preserve">Aday            : [AD SOYAD]</w:t>
      </w:r>
    </w:p>
    <w:p>
      <w:pPr>
        <w:spacing w:before="200" w:after="80"/>
      </w:pPr>
      <w:r>
        <w:rPr>
          <w:b/>
          <w:sz w:val="22"/>
        </w:rPr>
        <w:t xml:space="preserve">DEĞERLENDİRME</w:t>
      </w:r>
    </w:p>
    <w:p>
      <w:pPr>
        <w:spacing w:after="120"/>
        <w:jc w:val="both"/>
      </w:pPr>
      <w:r>
        <w:t xml:space="preserve">1. Adayın öğrenim durumu ve akademik geçmişi: [LİSANS / YÜKSEK LİSANS / DOKTORA bilgileri ve tarihleri]. İlan edilen kadronun alanıyla uyumu: [UYUMLUDUR / KISMEN UYUMLUDUR / UYUMLU DEĞİLDİR].</w:t>
      </w:r>
    </w:p>
    <w:p>
      <w:pPr>
        <w:spacing w:after="120"/>
        <w:jc w:val="both"/>
      </w:pPr>
      <w:r>
        <w:t xml:space="preserve">2. Yayınların niteliği: adayın [SAYI] adet uluslararası, [SAYI] adet ulusal yayını incelenmiştir. Başlıca eserlerin alana katkısı: [DEĞERLENDİRME].</w:t>
      </w:r>
    </w:p>
    <w:p>
      <w:pPr>
        <w:spacing w:after="120"/>
        <w:jc w:val="both"/>
      </w:pPr>
      <w:r>
        <w:t xml:space="preserve">3. Atıf ve etki: adayın toplam atıf sayısı [SAYI], h-indeksi [DEĞER] dir. [dosya bazında teyit edilmelidir]</w:t>
      </w:r>
    </w:p>
    <w:p>
      <w:pPr>
        <w:spacing w:after="120"/>
        <w:jc w:val="both"/>
      </w:pPr>
      <w:r>
        <w:t xml:space="preserve">4. Projeler, patentler ve ödüller: [DEĞERLENDİRME].</w:t>
      </w:r>
    </w:p>
    <w:p>
      <w:pPr>
        <w:spacing w:after="120"/>
        <w:jc w:val="both"/>
      </w:pPr>
      <w:r>
        <w:t xml:space="preserve">5. Eğitim-öğretim deneyimi ve yürüttüğü dersler: [DEĞERLENDİRME].</w:t>
      </w:r>
    </w:p>
    <w:p>
      <w:pPr>
        <w:spacing w:after="120"/>
        <w:jc w:val="both"/>
      </w:pPr>
      <w:r>
        <w:t xml:space="preserve">6. Üniversitenin atama ve yükseltme kriterleri bakımından durum: aday [ASGARİ KOŞULLARI SAĞLAMAKTADIR / SAĞLAMAMAKTADIR]. Sağlanmayan koşullar: [KOŞUL LİSTESİ].</w:t>
      </w:r>
    </w:p>
    <w:p>
      <w:pPr>
        <w:spacing w:after="120"/>
        <w:jc w:val="both"/>
      </w:pPr>
      <w:r>
        <w:t xml:space="preserve">7. Etik yönden tespit: adayın eserlerinde intihal, haksız yazarlık veya dilimleme yönünden [TESPİT EDİLMEMİŞTİR / TESPİT EDİLMİŞTİR — açıklama].</w:t>
      </w:r>
    </w:p>
    <w:p>
      <w:pPr>
        <w:spacing w:before="200" w:after="80"/>
      </w:pPr>
      <w:r>
        <w:rPr>
          <w:b/>
          <w:sz w:val="22"/>
        </w:rPr>
        <w:t xml:space="preserve">HUKUKİ DAYANAK</w:t>
      </w:r>
    </w:p>
    <w:p>
      <w:pPr>
        <w:jc w:val="both"/>
      </w:pPr>
      <w:r>
        <w:t xml:space="preserve">2547 sayılı Kanun m.23, 24, 26; Öğretim Üyeliğine Yükseltilme ve Atanma Yönetmeliği; üniversitenin atama ve yükseltme kriterleri yönergesi [dosya bazında teyit edilmelidir].</w:t>
      </w:r>
    </w:p>
    <w:p>
      <w:pPr>
        <w:spacing w:before="200" w:after="80"/>
      </w:pPr>
      <w:r>
        <w:rPr>
          <w:b/>
          <w:sz w:val="22"/>
        </w:rPr>
        <w:t xml:space="preserve">SONUÇ VE TALEP</w:t>
      </w:r>
    </w:p>
    <w:p>
      <w:pPr>
        <w:jc w:val="both"/>
      </w:pPr>
      <w:r>
        <w:t xml:space="preserve">Yukarıdaki değerlendirme çerçevesinde adayın [KADRO UNVANI] kadrosuna atanması bakımından görüşüm [OLUMLUDUR / OLUMSUZDUR]. Gerekçe: [GEREKÇE].</w:t>
      </w:r>
    </w:p>
    <w:p>
      <w:pPr>
        <w:spacing w:before="200" w:after="80"/>
      </w:pPr>
      <w:r>
        <w:rPr>
          <w:b/>
          <w:sz w:val="22"/>
        </w:rPr>
        <w:t xml:space="preserve">EKLER</w:t>
      </w:r>
    </w:p>
    <w:p>
      <w:pPr>
        <w:spacing w:after="0"/>
      </w:pPr>
      <w:r>
        <w:t xml:space="preserve">1. İncelenen eser listesi.</w:t>
      </w:r>
    </w:p>
    <w:p>
      <w:pPr>
        <w:spacing w:after="0"/>
      </w:pPr>
      <w:r>
        <w:t xml:space="preserve">2. Kriter karşılaştırma tablosu.</w:t>
      </w:r>
    </w:p>
    <w:p>
      <w:pPr>
        <w:spacing w:after="0"/>
      </w:pPr>
      <w:r>
        <w:t xml:space="preserve">3. Görevlendirme yazısı örneği.</w:t>
      </w:r>
    </w:p>
    <w:p>
      <w:r/>
    </w:p>
    <w:p>
      <w:pPr>
        <w:spacing w:after="0"/>
        <w:jc w:val="right"/>
      </w:pPr>
      <w:r>
        <w:t xml:space="preserve">Tarih : [GÜN/AY/YIL]</w:t>
      </w:r>
    </w:p>
    <w:p>
      <w:pPr>
        <w:spacing w:after="0"/>
        <w:jc w:val="right"/>
      </w:pPr>
      <w:r>
        <w:t xml:space="preserve">[UNVAN AD SOYAD]</w:t>
      </w:r>
    </w:p>
    <w:p>
      <w:pPr>
        <w:spacing w:after="0"/>
        <w:jc w:val="right"/>
      </w:pPr>
      <w:r>
        <w:t xml:space="preserve">Jüri Üyesi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