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Üniversite öğrenci işleri — askerlik şubesine bildirim yapılmak üzere</w:t>
            </w:r>
          </w:p>
          <w:p>
            <w:pPr>
              <w:spacing w:after="40"/>
            </w:pPr>
            <w:r>
              <w:rPr>
                <w:sz w:val="18"/>
              </w:rPr>
              <w:t xml:space="preserve">Süre          : Kayıt/kayıt yenileme dönemlerinde ve statü değişikliğinde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ÖĞRENCİ İŞLERİ DAİRE BAŞKANLIĞINA</w:t>
      </w:r>
    </w:p>
    <w:p>
      <w:pPr>
        <w:spacing w:after="200"/>
      </w:pPr>
      <w:r>
        <w:rPr>
          <w:b/>
        </w:rPr>
        <w:t xml:space="preserve">KONU : </w:t>
      </w:r>
      <w:r>
        <w:t xml:space="preserve">Öğrenciliğim nedeniyle askerlik sevk tehiri işlemlerimin yapılması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 [FAKÜLTE] [BÖLÜM] programının [ÖĞRENCİ NO] numaralı öğrencisiyim; kayıt tarihim [TARİH], normal öğrenim süremin bitiş tarihi [TARİH] dir.</w:t>
      </w:r>
    </w:p>
    <w:p>
      <w:pPr>
        <w:spacing w:after="120"/>
        <w:jc w:val="both"/>
      </w:pPr>
      <w:r>
        <w:t xml:space="preserve">2. [ASKERLİK ŞUBESİ] kayıtlarında askerlik durumum [DURUM] görünmekte olup, öğrenciliğim nedeniyle sevk tehiri işlemi yapılması gerekmektedir.</w:t>
      </w:r>
    </w:p>
    <w:p>
      <w:pPr>
        <w:spacing w:after="120"/>
        <w:jc w:val="both"/>
      </w:pPr>
      <w:r>
        <w:t xml:space="preserve">3. Öğrencilik statüm devam etmekte olup, ekte sunulan öğrenci belgesi ve transkriptim durumu göstermektedir.</w:t>
      </w:r>
    </w:p>
    <w:p>
      <w:pPr>
        <w:spacing w:after="120"/>
        <w:jc w:val="both"/>
      </w:pPr>
      <w:r>
        <w:t xml:space="preserve">4. [VARSA] Daha önceki sevk tehiri işlemim [TARİH] tarihinde [İPTAL EDİLMİŞ / SONA ERMİŞTİR]. İptal sebebi [SEBEP] olup, bu sebep ortadan kalkmıştır. [dosya bazında teyit edilmelidir]</w:t>
      </w:r>
    </w:p>
    <w:p>
      <w:pPr>
        <w:spacing w:after="120"/>
        <w:jc w:val="both"/>
      </w:pPr>
      <w:r>
        <w:t xml:space="preserve">5. Sevk tehiri işleminin YÖKSİS ve askerlik şubesi kayıtlarına ivedilikle işlenmesini; aksi hâlde yoklama kaçağı/bakaya durumuna düşme riski doğacağını belirtirim.</w:t>
      </w:r>
    </w:p>
    <w:p>
      <w:pPr>
        <w:spacing w:after="120"/>
        <w:jc w:val="both"/>
      </w:pPr>
      <w:r>
        <w:t xml:space="preserve">6. İşlemin sonucunun ve tehir bitiş tarihinin tarafıma yazılı olarak bildirilmesini talep ederim.</w:t>
      </w:r>
    </w:p>
    <w:p>
      <w:pPr>
        <w:spacing w:before="200" w:after="80"/>
      </w:pPr>
      <w:r>
        <w:rPr>
          <w:b/>
          <w:sz w:val="22"/>
        </w:rPr>
        <w:t xml:space="preserve">HUKUKİ DAYANAK</w:t>
      </w:r>
    </w:p>
    <w:p>
      <w:pPr>
        <w:jc w:val="both"/>
      </w:pPr>
      <w:r>
        <w:t xml:space="preserve">7179 sayılı Askeralma Kanunu m.19, 20 (sevk tehiri); Askeralma Yönetmeliği; 2547 sayılı Kanun m.44 (azami öğrenim süresi). Tehir üst yaş sınırı ve azami süreyle bağlıdır [dosya bazında teyit edilmelidir].</w:t>
      </w:r>
    </w:p>
    <w:p>
      <w:pPr>
        <w:spacing w:before="200" w:after="80"/>
      </w:pPr>
      <w:r>
        <w:rPr>
          <w:b/>
          <w:sz w:val="22"/>
        </w:rPr>
        <w:t xml:space="preserve">SONUÇ VE TALEP</w:t>
      </w:r>
    </w:p>
    <w:p>
      <w:pPr>
        <w:jc w:val="both"/>
      </w:pPr>
      <w:r>
        <w:t xml:space="preserve">Askerlik sevk tehiri işlemlerimin yapılarak ilgili askerlik şubesine bildirilmesine ve sonucun tarafıma yazılı olarak iletilmesine karar verilmesini saygılarımla arz ederim.</w:t>
      </w:r>
    </w:p>
    <w:p>
      <w:pPr>
        <w:spacing w:before="200" w:after="80"/>
      </w:pPr>
      <w:r>
        <w:rPr>
          <w:b/>
          <w:sz w:val="22"/>
        </w:rPr>
        <w:t xml:space="preserve">EKLER</w:t>
      </w:r>
    </w:p>
    <w:p>
      <w:pPr>
        <w:spacing w:after="0"/>
      </w:pPr>
      <w:r>
        <w:t xml:space="preserve">1. Öğrenci belgesi.</w:t>
      </w:r>
    </w:p>
    <w:p>
      <w:pPr>
        <w:spacing w:after="0"/>
      </w:pPr>
      <w:r>
        <w:t xml:space="preserve">2. Transkript.</w:t>
      </w:r>
    </w:p>
    <w:p>
      <w:pPr>
        <w:spacing w:after="0"/>
      </w:pPr>
      <w:r>
        <w:t xml:space="preserve">3. Nüfus cüzdanı fotokopisi.</w:t>
      </w:r>
    </w:p>
    <w:p>
      <w:pPr>
        <w:spacing w:after="0"/>
      </w:pPr>
      <w:r>
        <w:t xml:space="preserve">4. Önceki tehir/iptal belgesi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