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Fakülte/yüksekokul staj komisyonu</w:t>
            </w:r>
          </w:p>
          <w:p>
            <w:pPr>
              <w:spacing w:after="40"/>
            </w:pPr>
            <w:r>
              <w:rPr>
                <w:sz w:val="18"/>
              </w:rPr>
              <w:t xml:space="preserve">Süre          : Staj dönemi başlamadan önce; başvuru takvimi birimce ilan edilir.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[FAKÜLTE] DEKANLIĞINA</w:t>
      </w:r>
    </w:p>
    <w:p>
      <w:pPr>
        <w:spacing w:before="0" w:after="320"/>
        <w:jc w:val="center"/>
      </w:pPr>
      <w:r>
        <w:rPr>
          <w:sz w:val="22"/>
        </w:rPr>
        <w:t xml:space="preserve">(Staj Komisyonuna iletilmek üzere)</w:t>
      </w:r>
    </w:p>
    <w:p>
      <w:pPr>
        <w:spacing w:after="200"/>
      </w:pPr>
      <w:r>
        <w:rPr>
          <w:b/>
        </w:rPr>
        <w:t xml:space="preserve">KONU : </w:t>
      </w:r>
      <w:r>
        <w:t xml:space="preserve">Sigortalı çalışma sürem nedeniyle zorunlu stajdan muaf tutulmam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[FAKÜLTE] [BÖLÜM] programının öğrencisiyim. Müfredatımda [GÜN] iş günü zorunlu staj bulunmaktadır.</w:t>
      </w:r>
    </w:p>
    <w:p>
      <w:pPr>
        <w:spacing w:after="120"/>
        <w:jc w:val="both"/>
      </w:pPr>
      <w:r>
        <w:t xml:space="preserve">2. [İŞYERİ ADI] bünyesinde [BAŞLANGIÇ] - [BİTİŞ] tarihleri arasında [SÜRE] süreyle [POZİSYON] olarak sigortalı çalıştım; SGK hizmet dökümü ve işyeri yazısı ektedir.</w:t>
      </w:r>
    </w:p>
    <w:p>
      <w:pPr>
        <w:spacing w:after="120"/>
        <w:jc w:val="both"/>
      </w:pPr>
      <w:r>
        <w:t xml:space="preserve">3. Yürüttüğüm işin niteliği, bölümümün staj yönergesinde tanımlanan [STAJ TÜRÜ] içeriğiyle örtüşmektedir. İş tanımı ve yapılan işleri gösterir belge ekte sunulmuştur.</w:t>
      </w:r>
    </w:p>
    <w:p>
      <w:pPr>
        <w:spacing w:after="120"/>
        <w:jc w:val="both"/>
      </w:pPr>
      <w:r>
        <w:t xml:space="preserve">4. Bu nedenle staj yönergesinin muafiyete ilişkin hükümleri uyarınca zorunlu stajın [TAMAMINDAN / [GÜN] GÜNLÜK KISMINDAN] muaf tutulmamı talep ederim. [dosya bazında teyit edilmelidir]</w:t>
      </w:r>
    </w:p>
    <w:p>
      <w:pPr>
        <w:spacing w:after="120"/>
        <w:jc w:val="both"/>
      </w:pPr>
      <w:r>
        <w:t xml:space="preserve">5. Muafiyet talebimin reddi hâlinde, hangi ölçütün karşılanmadığının gerekçesiyle birlikte yazılı olarak bildirilmesini talep ederim.</w:t>
      </w:r>
    </w:p>
    <w:p>
      <w:pPr>
        <w:spacing w:before="200" w:after="80"/>
      </w:pPr>
      <w:r>
        <w:rPr>
          <w:b/>
          <w:sz w:val="22"/>
        </w:rPr>
        <w:t xml:space="preserve">HUKUKİ DAYANAK</w:t>
      </w:r>
    </w:p>
    <w:p>
      <w:pPr>
        <w:jc w:val="both"/>
      </w:pPr>
      <w:r>
        <w:t xml:space="preserve">2547 sayılı Kanun m.14, 44; üniversitenin eğitim-öğretim yönetmeliği ve birim staj yönergesi; 5510 sayılı Kanun m.5/b (staj sigortası). Muafiyet ölçütleri birime göre değişir [dosya bazında teyit edilmelidir].</w:t>
      </w:r>
    </w:p>
    <w:p>
      <w:pPr>
        <w:spacing w:before="200" w:after="80"/>
      </w:pPr>
      <w:r>
        <w:rPr>
          <w:b/>
          <w:sz w:val="22"/>
        </w:rPr>
        <w:t xml:space="preserve">SONUÇ VE TALEP</w:t>
      </w:r>
    </w:p>
    <w:p>
      <w:pPr>
        <w:jc w:val="both"/>
      </w:pPr>
      <w:r>
        <w:t xml:space="preserve">Zorunlu staj yükümlülüğümden muaf tutulmama; talebin reddi hâlinde gerekçesinin yazılı olarak bildirilmesine karar verilmesini saygılarımla arz ederim.</w:t>
      </w:r>
    </w:p>
    <w:p>
      <w:pPr>
        <w:spacing w:before="200" w:after="80"/>
      </w:pPr>
      <w:r>
        <w:rPr>
          <w:b/>
          <w:sz w:val="22"/>
        </w:rPr>
        <w:t xml:space="preserve">EKLER</w:t>
      </w:r>
    </w:p>
    <w:p>
      <w:pPr>
        <w:spacing w:after="0"/>
      </w:pPr>
      <w:r>
        <w:t xml:space="preserve">1. SGK hizmet dökümü.</w:t>
      </w:r>
    </w:p>
    <w:p>
      <w:pPr>
        <w:spacing w:after="0"/>
      </w:pPr>
      <w:r>
        <w:t xml:space="preserve">2. İşyeri çalışma ve iş tanımı yazısı.</w:t>
      </w:r>
    </w:p>
    <w:p>
      <w:pPr>
        <w:spacing w:after="0"/>
      </w:pPr>
      <w:r>
        <w:t xml:space="preserve">3. Transkript.</w:t>
      </w:r>
    </w:p>
    <w:p>
      <w:pPr>
        <w:spacing w:after="0"/>
      </w:pPr>
      <w:r>
        <w:t xml:space="preserve">4. Staj yönergesi örneği.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