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bölüm başkanlığı — yönetim kuruluna sunulmak üzere</w:t>
            </w:r>
          </w:p>
          <w:p>
            <w:pPr>
              <w:spacing w:after="40"/>
            </w:pPr>
            <w:r>
              <w:rPr>
                <w:sz w:val="18"/>
              </w:rPr>
              <w:t xml:space="preserve">Süre          : Devamsızlık listesinin ilanından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[DERS ADI] dersinden devamsızlık nedeniyle başarısız sayılmama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[DÖNEM] döneminde [DERS KODU] [DERS ADI] dersine kayıtlıyım. [TARİH] tarihinde ilan edilen listede devamsızlıktan başarısız (DZ/F) sayıldığım görülmüştür.</w:t>
      </w:r>
    </w:p>
    <w:p>
      <w:pPr>
        <w:spacing w:after="120"/>
        <w:jc w:val="both"/>
      </w:pPr>
      <w:r>
        <w:t xml:space="preserve">2. Devamsız sayıldığım tarihlerin bir kısmında [SAĞLIK RAPORU / GÖREVLENDİRME / SPOR MÜSABAKASI / MAZERET] nedeniyle derse katılamadım; belgeler ektedir.</w:t>
      </w:r>
    </w:p>
    <w:p>
      <w:pPr>
        <w:spacing w:after="120"/>
        <w:jc w:val="both"/>
      </w:pPr>
      <w:r>
        <w:t xml:space="preserve">3. Söz konusu mazeretli günlerin devamsızlık hesabından düşülmesi hâlinde devam şartını sağlamaktayım. Hesaplama tablosu ektedir. [dosya bazında teyit edilmelidir]</w:t>
      </w:r>
    </w:p>
    <w:p>
      <w:pPr>
        <w:spacing w:after="120"/>
        <w:jc w:val="both"/>
      </w:pPr>
      <w:r>
        <w:t xml:space="preserve">4. Ayrıca yoklama listelerinde [TARİH] tarihli derste imzam bulunmasına rağmen devamsız işaretlendiğimi tespit ettim; yoklama çizelgesinin incelenmesini talep ederim.</w:t>
      </w:r>
    </w:p>
    <w:p>
      <w:pPr>
        <w:spacing w:after="120"/>
        <w:jc w:val="both"/>
      </w:pPr>
      <w:r>
        <w:t xml:space="preserve">5. Uzaktan/karma yürütülen derslerde katılım kaydının sistem üzerinden alınması gerekirken, sistem kayıtlarım dikkate alınmamıştır.</w:t>
      </w:r>
    </w:p>
    <w:p>
      <w:pPr>
        <w:spacing w:after="120"/>
        <w:jc w:val="both"/>
      </w:pPr>
      <w:r>
        <w:t xml:space="preserve">6. Devam durumumun yeniden hesaplanmasını ve dersin final/bütünleme sınavına girme hakkımın tanınmasını talep ederim.</w:t>
      </w:r>
    </w:p>
    <w:p>
      <w:pPr>
        <w:spacing w:before="200" w:after="80"/>
      </w:pPr>
      <w:r>
        <w:rPr>
          <w:b/>
          <w:sz w:val="22"/>
        </w:rPr>
        <w:t xml:space="preserve">HUKUKİ DAYANAK</w:t>
      </w:r>
    </w:p>
    <w:p>
      <w:pPr>
        <w:jc w:val="both"/>
      </w:pPr>
      <w:r>
        <w:t xml:space="preserve">2547 sayılı Kanun m.44; üniversitenin eğitim-öğretim ve sınav yönetmeliği devam hükümleri. Mazeretli sayılacak hâller ve devam oranı yönetmeliğe göre değişir [dosya bazında teyit edilmelidir].</w:t>
      </w:r>
    </w:p>
    <w:p>
      <w:pPr>
        <w:spacing w:before="200" w:after="80"/>
      </w:pPr>
      <w:r>
        <w:rPr>
          <w:b/>
          <w:sz w:val="22"/>
        </w:rPr>
        <w:t xml:space="preserve">SONUÇ VE TALEP</w:t>
      </w:r>
    </w:p>
    <w:p>
      <w:pPr>
        <w:jc w:val="both"/>
      </w:pPr>
      <w:r>
        <w:t xml:space="preserve">Devam durumumun yeniden hesaplanarak devamsızlıktan başarısız sayılma işleminin geri alınmasına ve sınav hakkımın tanınmasına karar verilmesini saygılarımla arz ederim.</w:t>
      </w:r>
    </w:p>
    <w:p>
      <w:pPr>
        <w:spacing w:before="200" w:after="80"/>
      </w:pPr>
      <w:r>
        <w:rPr>
          <w:b/>
          <w:sz w:val="22"/>
        </w:rPr>
        <w:t xml:space="preserve">EKLER</w:t>
      </w:r>
    </w:p>
    <w:p>
      <w:pPr>
        <w:spacing w:after="0"/>
      </w:pPr>
      <w:r>
        <w:t xml:space="preserve">1. Sağlık raporu / mazeret belgeleri.</w:t>
      </w:r>
    </w:p>
    <w:p>
      <w:pPr>
        <w:spacing w:after="0"/>
      </w:pPr>
      <w:r>
        <w:t xml:space="preserve">2. Yoklama çizelgesi örneği.</w:t>
      </w:r>
    </w:p>
    <w:p>
      <w:pPr>
        <w:spacing w:after="0"/>
      </w:pPr>
      <w:r>
        <w:t xml:space="preserve">3. Devam hesap tablosu.</w:t>
      </w:r>
    </w:p>
    <w:p>
      <w:pPr>
        <w:spacing w:after="0"/>
      </w:pPr>
      <w:r>
        <w:t xml:space="preserve">4. Sistem katılım kaydı çıktısı.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