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Derginin editörlüğü / yayın kurulu</w:t>
            </w:r>
          </w:p>
          <w:p>
            <w:pPr>
              <w:spacing w:after="40"/>
            </w:pPr>
            <w:r>
              <w:rPr>
                <w:sz w:val="18"/>
              </w:rPr>
              <w:t xml:space="preserve">Süre          : Gerekçenin ortaya çıkmasından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[DERGİ ADI] EDİTÖRLÜĞÜNE</w:t>
      </w:r>
    </w:p>
    <w:p>
      <w:pPr>
        <w:spacing w:after="200"/>
      </w:pPr>
      <w:r>
        <w:rPr>
          <w:b/>
        </w:rPr>
        <w:t xml:space="preserve">KONU : </w:t>
      </w:r>
      <w:r>
        <w:t xml:space="preserve">[MAKALE BAŞLIĞI] başlıklı yayının geri çekilmesi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[DERGİ ADI] dergisinin [CİLT/SAYI] sayısında yayımlanan [MAKALE BAŞLIĞI] başlıklı çalışmanın [SORUMLU YAZARI / YAZARLARINDAN BİRİYİM]. DOI: [DOI].</w:t>
      </w:r>
    </w:p>
    <w:p>
      <w:pPr>
        <w:spacing w:after="120"/>
        <w:jc w:val="both"/>
      </w:pPr>
      <w:r>
        <w:t xml:space="preserve">2. Geri çekme talebimin gerekçesi şudur: [GEREKÇE — verilerde tespit edilen hata / analiz hatası / yinelenen yayın / yazarlık uyuşmazlığı / etik kurul onayı eksikliği / veri kullanım izninin geri alınması].</w:t>
      </w:r>
    </w:p>
    <w:p>
      <w:pPr>
        <w:spacing w:after="120"/>
        <w:jc w:val="both"/>
      </w:pPr>
      <w:r>
        <w:t xml:space="preserve">3. Tespit edilen hata, çalışmanın sonuçlarını ve vardığı yargıları [KISMEN / ESASLI BİÇİMDE] etkilemektedir; bu nedenle düzeltme (corrigendum) yeterli olmayacaktır. [dosya bazında teyit edilmelidir]</w:t>
      </w:r>
    </w:p>
    <w:p>
      <w:pPr>
        <w:spacing w:after="120"/>
        <w:jc w:val="both"/>
      </w:pPr>
      <w:r>
        <w:t xml:space="preserve">4. Durumu destekleyen belgeler (yeniden analiz raporu, veri seti, ilgili yazışmalar) ektedir.</w:t>
      </w:r>
    </w:p>
    <w:p>
      <w:pPr>
        <w:spacing w:after="120"/>
        <w:jc w:val="both"/>
      </w:pPr>
      <w:r>
        <w:t xml:space="preserve">5. Diğer yazarlar geri çekme talebine [KATILMAKTADIR / KATILMAMAKTADIR]. Yazar yazışmaları ekte sunulmuştur.</w:t>
      </w:r>
    </w:p>
    <w:p>
      <w:pPr>
        <w:spacing w:after="120"/>
        <w:jc w:val="both"/>
      </w:pPr>
      <w:r>
        <w:t xml:space="preserve">6. Geri çekme bildiriminin COPE ilkelerine uygun biçimde, gerekçesi açıklanarak ve makalenin künyesi korunarak yayımlanmasını talep ederim.</w:t>
      </w:r>
    </w:p>
    <w:p>
      <w:pPr>
        <w:spacing w:after="120"/>
        <w:jc w:val="both"/>
      </w:pPr>
      <w:r>
        <w:t xml:space="preserve">7. Geri çekme kararının kurumum ve varsa destekleyici kuruluş ([TÜBİTAK / BAP]) ile paylaşılması konusunda gerekli bilgilendirmeyi yapacağımı beyan ederim.</w:t>
      </w:r>
    </w:p>
    <w:p>
      <w:pPr>
        <w:spacing w:before="200" w:after="80"/>
      </w:pPr>
      <w:r>
        <w:rPr>
          <w:b/>
          <w:sz w:val="22"/>
        </w:rPr>
        <w:t xml:space="preserve">HUKUKİ DAYANAK</w:t>
      </w:r>
    </w:p>
    <w:p>
      <w:pPr>
        <w:jc w:val="both"/>
      </w:pPr>
      <w:r>
        <w:t xml:space="preserve">COPE Retraction Guidelines; derginin yayın etiği politikası; Yükseköğretim Kurumları Bilimsel Araştırma ve Yayın Etiği Yönergesi; 5846 sayılı Kanun [dosya bazında teyit edilmelidir].</w:t>
      </w:r>
    </w:p>
    <w:p>
      <w:pPr>
        <w:spacing w:before="200" w:after="80"/>
      </w:pPr>
      <w:r>
        <w:rPr>
          <w:b/>
          <w:sz w:val="22"/>
        </w:rPr>
        <w:t xml:space="preserve">SONUÇ VE TALEP</w:t>
      </w:r>
    </w:p>
    <w:p>
      <w:pPr>
        <w:jc w:val="both"/>
      </w:pPr>
      <w:r>
        <w:t xml:space="preserve">Çalışmanın gerekçeli bir geri çekme bildirimi ile geri çekilmesine ve kararın tarafıma yazılı olarak bildirilmesine karar verilmesini saygılarımla arz ederim.</w:t>
      </w:r>
    </w:p>
    <w:p>
      <w:pPr>
        <w:spacing w:before="200" w:after="80"/>
      </w:pPr>
      <w:r>
        <w:rPr>
          <w:b/>
          <w:sz w:val="22"/>
        </w:rPr>
        <w:t xml:space="preserve">EKLER</w:t>
      </w:r>
    </w:p>
    <w:p>
      <w:pPr>
        <w:spacing w:after="0"/>
      </w:pPr>
      <w:r>
        <w:t xml:space="preserve">1. Yayımlanan makale örneği.</w:t>
      </w:r>
    </w:p>
    <w:p>
      <w:pPr>
        <w:spacing w:after="0"/>
      </w:pPr>
      <w:r>
        <w:t xml:space="preserve">2. Hatayı gösterir analiz/veri belgeleri.</w:t>
      </w:r>
    </w:p>
    <w:p>
      <w:pPr>
        <w:spacing w:after="0"/>
      </w:pPr>
      <w:r>
        <w:t xml:space="preserve">3. Yazar yazışmaları.</w:t>
      </w:r>
    </w:p>
    <w:p>
      <w:pPr>
        <w:spacing w:after="0"/>
      </w:pPr>
      <w:r>
        <w:t xml:space="preserve">4. Etik kurul belgeleri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