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Derginin editörlüğü; paralel olarak üniversitenin bilimsel araştırma ve yayın etiği kurulu</w:t>
            </w:r>
          </w:p>
          <w:p>
            <w:pPr>
              <w:spacing w:after="40"/>
            </w:pPr>
            <w:r>
              <w:rPr>
                <w:sz w:val="18"/>
              </w:rPr>
              <w:t xml:space="preserve">Süre          : İhlalin öğrenilmesinden itibaren gecikmeksizin.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[DERGİ ADI] EDİTÖRLÜĞÜNE</w:t>
      </w:r>
    </w:p>
    <w:p>
      <w:pPr>
        <w:spacing w:before="0" w:after="320"/>
        <w:jc w:val="center"/>
      </w:pPr>
      <w:r>
        <w:rPr>
          <w:sz w:val="22"/>
        </w:rPr>
        <w:t xml:space="preserve">(Bilgi için: [ÜNİVERSİTE] Etik Kuruluna)</w:t>
      </w:r>
    </w:p>
    <w:p>
      <w:pPr>
        <w:spacing w:after="200"/>
      </w:pPr>
      <w:r>
        <w:rPr>
          <w:b/>
        </w:rPr>
        <w:t xml:space="preserve">KONU : </w:t>
      </w:r>
      <w:r>
        <w:t xml:space="preserve">[MAKALE BAŞLIĞI] başlıklı çalışmada yazar listesinin ve sıralamasının düzeltilmesi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[DERGİ ADI] dergisinin [CİLT/SAYI] sayısında yayımlanan / hakem sürecinde bulunan [MAKALE BAŞLIĞI] başlıklı çalışmaya ilişkin talebimdir. DOI / Başvuru No: [BİLGİ].</w:t>
      </w:r>
    </w:p>
    <w:p>
      <w:pPr>
        <w:spacing w:after="120"/>
        <w:jc w:val="both"/>
      </w:pPr>
      <w:r>
        <w:t xml:space="preserve">2. Çalışmanın [FİKİR / TASARIM / VERİ TOPLAMA / ANALİZ / YAZIM] aşamalarına katkım şu şekildedir: [AYRINTILI KATKI ANLATIMI]. Katkımı gösterir belgeler (veri dosyaları, yazışmalar, taslak sürümleri, laboratuvar kayıtları) ektedir.</w:t>
      </w:r>
    </w:p>
    <w:p>
      <w:pPr>
        <w:spacing w:after="120"/>
        <w:jc w:val="both"/>
      </w:pPr>
      <w:r>
        <w:t xml:space="preserve">3. Bu katkıya rağmen yazar listesinde [YER ALMAMAKTAYIM / SIRALAMAM KATKIMLA ORANTILI DEĞİLDİR]. [dosya bazında teyit edilmelidir]</w:t>
      </w:r>
    </w:p>
    <w:p>
      <w:pPr>
        <w:spacing w:after="120"/>
        <w:jc w:val="both"/>
      </w:pPr>
      <w:r>
        <w:t xml:space="preserve">4. ICMJE ölçütleri uyarınca yazarlık için aranan dört koşulun tamamını karşılamaktayım: çalışmaya esaslı katkı, taslağın yazımı veya eleştirel gözden geçirilmesi, son sürümün onaylanması ve sorumluluk üstlenme.</w:t>
      </w:r>
    </w:p>
    <w:p>
      <w:pPr>
        <w:spacing w:after="120"/>
        <w:jc w:val="both"/>
      </w:pPr>
      <w:r>
        <w:t xml:space="preserve">5. Ayrıca çalışmada [AD SOYAD] armağan (honorary/gift) yazarlık kapsamında yer almış olup, kendisinin çalışmaya esaslı bir katkısı bulunmamaktadır.</w:t>
      </w:r>
    </w:p>
    <w:p>
      <w:pPr>
        <w:spacing w:after="120"/>
        <w:jc w:val="both"/>
      </w:pPr>
      <w:r>
        <w:t xml:space="preserve">6. Diğer yazarlarla [TARİH] tarihinde yazışma yapılmış; uzlaşma [SAĞLANAMAMIŞTIR / SAĞLANMIŞTIR]. Yazışma örnekleri ektedir.</w:t>
      </w:r>
    </w:p>
    <w:p>
      <w:pPr>
        <w:spacing w:after="120"/>
        <w:jc w:val="both"/>
      </w:pPr>
      <w:r>
        <w:t xml:space="preserve">7. Yazar listesinin ve sıralamasının düzeltilerek düzeltme bildirimi (corrigendum) yayımlanmasını; uyuşmazlık sürerken yayın sürecinin durdurulmasını talep ederim.</w:t>
      </w:r>
    </w:p>
    <w:p>
      <w:pPr>
        <w:spacing w:before="200" w:after="80"/>
      </w:pPr>
      <w:r>
        <w:rPr>
          <w:b/>
          <w:sz w:val="22"/>
        </w:rPr>
        <w:t xml:space="preserve">HUKUKİ DAYANAK</w:t>
      </w:r>
    </w:p>
    <w:p>
      <w:pPr>
        <w:jc w:val="both"/>
      </w:pPr>
      <w:r>
        <w:t xml:space="preserve">ICMJE yazarlık ölçütleri ve COPE authorship rehberleri; Yükseköğretim Kurumları Bilimsel Araştırma ve Yayın Etiği Yönergesi (haksız yazarlık); 5846 sayılı Kanun m.8, 14, 15 (eser sahipliği ve adın belirtilmesi hakkı) [dosya bazında teyit edilmelidir].</w:t>
      </w:r>
    </w:p>
    <w:p>
      <w:pPr>
        <w:spacing w:before="200" w:after="80"/>
      </w:pPr>
      <w:r>
        <w:rPr>
          <w:b/>
          <w:sz w:val="22"/>
        </w:rPr>
        <w:t xml:space="preserve">SONUÇ VE TALEP</w:t>
      </w:r>
    </w:p>
    <w:p>
      <w:pPr>
        <w:jc w:val="both"/>
      </w:pPr>
      <w:r>
        <w:t xml:space="preserve">Yazar listesinin ve sıralamasının katkı durumuna uygun biçimde düzeltilmesine, düzeltme bildiriminin yayımlanmasına ve sonucun tarafıma yazılı olarak bildirilmesine karar verilmesini saygılarımla arz ederim.</w:t>
      </w:r>
    </w:p>
    <w:p>
      <w:pPr>
        <w:spacing w:before="200" w:after="80"/>
      </w:pPr>
      <w:r>
        <w:rPr>
          <w:b/>
          <w:sz w:val="22"/>
        </w:rPr>
        <w:t xml:space="preserve">EKLER</w:t>
      </w:r>
    </w:p>
    <w:p>
      <w:pPr>
        <w:spacing w:after="0"/>
      </w:pPr>
      <w:r>
        <w:t xml:space="preserve">1. Çalışmanın mevcut sürümü.</w:t>
      </w:r>
    </w:p>
    <w:p>
      <w:pPr>
        <w:spacing w:after="0"/>
      </w:pPr>
      <w:r>
        <w:t xml:space="preserve">2. Katkıyı gösterir belgeler ve taslak sürümleri.</w:t>
      </w:r>
    </w:p>
    <w:p>
      <w:pPr>
        <w:spacing w:after="0"/>
      </w:pPr>
      <w:r>
        <w:t xml:space="preserve">3. Yazar yazışmaları.</w:t>
      </w:r>
    </w:p>
    <w:p>
      <w:pPr>
        <w:spacing w:after="0"/>
      </w:pPr>
      <w:r>
        <w:t xml:space="preserve">4. Veri ve analiz dosyaları listesi.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