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w:t>
            </w:r>
          </w:p>
          <w:p>
            <w:pPr>
              <w:spacing w:after="40"/>
            </w:pPr>
            <w:r>
              <w:rPr>
                <w:sz w:val="18"/>
              </w:rPr>
              <w:t xml:space="preserve">Süre          : Göreve başlarken ve bilgilerde değişiklik olduğunda bir ay içinde.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w:t>
      </w:r>
    </w:p>
    <w:p>
      <w:pPr>
        <w:spacing w:after="200"/>
      </w:pPr>
      <w:r>
        <w:rPr>
          <w:b/>
        </w:rPr>
        <w:t xml:space="preserve">KONU : </w:t>
      </w:r>
      <w:r>
        <w:t xml:space="preserve">Özlük dosyama işlenmek üzere kişisel ve akademik bilgilerimin bildirimidir.</w:t>
      </w:r>
    </w:p>
    <w:p>
      <w:pPr>
        <w:spacing w:before="200" w:after="80"/>
      </w:pPr>
      <w:r>
        <w:rPr>
          <w:b/>
          <w:sz w:val="22"/>
        </w:rPr>
        <w:t xml:space="preserve">KİMLİK VE KADRO BİLGİLERİ</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after="0"/>
      </w:pPr>
      <w:r>
        <w:t xml:space="preserve">Doğum Yeri/Tarihi : [YER] — [GÜN/AY/YIL]</w:t>
      </w:r>
    </w:p>
    <w:p>
      <w:pPr>
        <w:spacing w:after="0"/>
      </w:pPr>
      <w:r>
        <w:t xml:space="preserve">Kan Grubu / SGK No: [KAN GRUBU] — [SGK NO]</w:t>
      </w:r>
    </w:p>
    <w:p>
      <w:pPr>
        <w:spacing w:after="0"/>
      </w:pPr>
      <w:r>
        <w:t xml:space="preserve">Göreve Başlama    : [GÜN/AY/YIL]</w:t>
      </w:r>
    </w:p>
    <w:p>
      <w:pPr>
        <w:spacing w:before="200" w:after="80"/>
      </w:pPr>
      <w:r>
        <w:rPr>
          <w:b/>
          <w:sz w:val="22"/>
        </w:rPr>
        <w:t xml:space="preserve">BİLDİRİLEN BİLGİLER</w:t>
      </w:r>
    </w:p>
    <w:p>
      <w:pPr>
        <w:spacing w:after="120"/>
        <w:jc w:val="both"/>
      </w:pPr>
      <w:r>
        <w:t xml:space="preserve">1. ÖĞRENİM DURUMU: Lisans [ÜNİVERSİTE/BÖLÜM — YIL], Yüksek Lisans [ÜNİVERSİTE/PROGRAM — YIL], Doktora [ÜNİVERSİTE/PROGRAM — YIL]. Diploma ve denklik belgeleri ektedir.</w:t>
      </w:r>
    </w:p>
    <w:p>
      <w:pPr>
        <w:spacing w:after="120"/>
        <w:jc w:val="both"/>
      </w:pPr>
      <w:r>
        <w:t xml:space="preserve">2. UNVANLAR: Dr. Öğr. Üyesi [TARİH], Doçent [TARİH], Profesör [TARİH]. Doçentlik belge tarih ve sayısı: [TARİH] — [SAYI].</w:t>
      </w:r>
    </w:p>
    <w:p>
      <w:pPr>
        <w:spacing w:after="120"/>
        <w:jc w:val="both"/>
      </w:pPr>
      <w:r>
        <w:t xml:space="preserve">3. ÖNCEKİ HİZMETLER: [KURUM] — [BAŞLANGIÇ]/[BİTİŞ] — [STATÜ]; [KURUM] — [BAŞLANGIÇ]/[BİTİŞ] — [STATÜ]. Askerlik: [YAPILDI — TARİH / TECİLLİ / MUAF].</w:t>
      </w:r>
    </w:p>
    <w:p>
      <w:pPr>
        <w:spacing w:after="120"/>
        <w:jc w:val="both"/>
      </w:pPr>
      <w:r>
        <w:t xml:space="preserve">4. YABANCI DİL: [DİL] — [SINAV: YDS/YÖKDİL/e-YDS] — [PUAN] — [TARİH]. Belge ektedir.</w:t>
      </w:r>
    </w:p>
    <w:p>
      <w:pPr>
        <w:spacing w:after="120"/>
        <w:jc w:val="both"/>
      </w:pPr>
      <w:r>
        <w:t xml:space="preserve">5. AİLE BİLGİLERİ: Medeni hâl [EVLİ/BEKÂR]. Eş [AD SOYAD] — [ÇALIŞIYOR/ÇALIŞMIYOR] — [KURUM]. Çocuk sayısı [SAYI] ve doğum tarihleri [TARİHLER].</w:t>
      </w:r>
    </w:p>
    <w:p>
      <w:pPr>
        <w:spacing w:after="120"/>
        <w:jc w:val="both"/>
      </w:pPr>
      <w:r>
        <w:t xml:space="preserve">6. İLETİŞİM VE BANKA: Tebligat adresi, telefon, kurumsal ve kişisel e-posta yukarıda gösterilmiştir. Maaş hesabı IBAN: [IBAN].</w:t>
      </w:r>
    </w:p>
    <w:p>
      <w:pPr>
        <w:spacing w:after="120"/>
        <w:jc w:val="both"/>
      </w:pPr>
      <w:r>
        <w:t xml:space="preserve">7. AKADEMİK KİMLİKLER: ORCID [NUMARA], YÖKSİS [NUMARA], Publons/Scopus [NUMARA]. [dosya bazında teyit edilmelidir]</w:t>
      </w:r>
    </w:p>
    <w:p>
      <w:pPr>
        <w:spacing w:after="120"/>
        <w:jc w:val="both"/>
      </w:pPr>
      <w:r>
        <w:t xml:space="preserve">8. Yukarıdaki bilgilerin doğru olduğunu; değişiklik hâlinde bir ay içinde yazılı olarak bildireceğimi beyan ederim.</w:t>
      </w:r>
    </w:p>
    <w:p>
      <w:pPr>
        <w:spacing w:before="200" w:after="80"/>
      </w:pPr>
      <w:r>
        <w:rPr>
          <w:b/>
          <w:sz w:val="22"/>
        </w:rPr>
        <w:t xml:space="preserve">HUKUKİ DAYANAK</w:t>
      </w:r>
    </w:p>
    <w:p>
      <w:pPr>
        <w:jc w:val="both"/>
      </w:pPr>
      <w:r>
        <w:t xml:space="preserve">657 sayılı Kanun m.109 (memur bilgi sistemi ve özlük dosyası); 2914 sayılı Kanun m.20; Devlet Memurları Sicil Yönetmeliğinin yerine geçen özlük dosyası düzenlemeleri; 6698 sayılı Kanun (kişisel verilerin işlenmesi) [dosya bazında teyit edilmelidir].</w:t>
      </w:r>
    </w:p>
    <w:p>
      <w:pPr>
        <w:spacing w:before="200" w:after="80"/>
      </w:pPr>
      <w:r>
        <w:rPr>
          <w:b/>
          <w:sz w:val="22"/>
        </w:rPr>
        <w:t xml:space="preserve">SONUÇ VE TALEP</w:t>
      </w:r>
    </w:p>
    <w:p>
      <w:pPr>
        <w:jc w:val="both"/>
      </w:pPr>
      <w:r>
        <w:t xml:space="preserve">Yukarıdaki bilgilerin özlük dosyama ve YÖKSİS kayıtlarına işlenmesini arz ederim.</w:t>
      </w:r>
    </w:p>
    <w:p>
      <w:pPr>
        <w:spacing w:before="200" w:after="80"/>
      </w:pPr>
      <w:r>
        <w:rPr>
          <w:b/>
          <w:sz w:val="22"/>
        </w:rPr>
        <w:t xml:space="preserve">EKLER</w:t>
      </w:r>
    </w:p>
    <w:p>
      <w:pPr>
        <w:spacing w:after="0"/>
      </w:pPr>
      <w:r>
        <w:t xml:space="preserve">1. Diploma ve denklik belgeleri.</w:t>
      </w:r>
    </w:p>
    <w:p>
      <w:pPr>
        <w:spacing w:after="0"/>
      </w:pPr>
      <w:r>
        <w:t xml:space="preserve">2. Doçentlik/doktora belgesi.</w:t>
      </w:r>
    </w:p>
    <w:p>
      <w:pPr>
        <w:spacing w:after="0"/>
      </w:pPr>
      <w:r>
        <w:t xml:space="preserve">3. Yabancı dil sonuç belgesi.</w:t>
      </w:r>
    </w:p>
    <w:p>
      <w:pPr>
        <w:spacing w:after="0"/>
      </w:pPr>
      <w:r>
        <w:t xml:space="preserve">4. Nüfus kayıt örneği ve askerlik belgesi.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