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Fakülte dekanlığı / enstitü müdürlüğü — personel birimi aracılığıyla</w:t>
            </w:r>
          </w:p>
          <w:p>
            <w:pPr>
              <w:spacing w:after="40"/>
            </w:pPr>
            <w:r>
              <w:rPr>
                <w:sz w:val="18"/>
              </w:rPr>
              <w:t xml:space="preserve">Süre          : Doğum öncesi/sonrası dönemde gecikmeksizin.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[FAKÜLTE] DEKANLIĞINA</w:t>
      </w:r>
    </w:p>
    <w:p>
      <w:pPr>
        <w:spacing w:after="200"/>
      </w:pPr>
      <w:r>
        <w:rPr>
          <w:b/>
        </w:rPr>
        <w:t xml:space="preserve">KONU : </w:t>
      </w:r>
      <w:r>
        <w:t xml:space="preserve">657 sayılı Kanunun 104 ve 108 inci maddeleri uyarınca doğum, süt veya babalık izni talebimdir.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Sicil / Personel No : [KURUM SİCİL NO]</w:t>
      </w:r>
    </w:p>
    <w:p>
      <w:pPr>
        <w:spacing w:after="0"/>
      </w:pPr>
      <w:r>
        <w:t xml:space="preserve">Unvan / Kadro   : [UNVAN] — [DERECE]/[KADEME]</w:t>
      </w:r>
    </w:p>
    <w:p>
      <w:pPr>
        <w:spacing w:after="0"/>
      </w:pPr>
      <w:r>
        <w:t xml:space="preserve">Kurum / Birim   : [ÜNİVERSİTE] / [FAKÜLTE — BÖLÜM]</w:t>
      </w:r>
    </w:p>
    <w:p>
      <w:pPr>
        <w:spacing w:after="0"/>
      </w:pPr>
      <w:r>
        <w:t xml:space="preserve">Adres / E-posta : [ADRES] — [E-POSTA] — [TELEFON]</w:t>
      </w:r>
    </w:p>
    <w:p>
      <w:pPr>
        <w:spacing w:before="200" w:after="80"/>
      </w:pPr>
      <w:r>
        <w:rPr>
          <w:b/>
          <w:sz w:val="22"/>
        </w:rPr>
        <w:t xml:space="preserve">AÇIKLAMALAR</w:t>
      </w:r>
    </w:p>
    <w:p>
      <w:pPr>
        <w:spacing w:after="120"/>
        <w:jc w:val="both"/>
      </w:pPr>
      <w:r>
        <w:t xml:space="preserve">1. Üniversiteniz [FAKÜLTE] [BÖLÜM] bünyesinde [UNVAN] kadrosunda görev yapmaktayım.</w:t>
      </w:r>
    </w:p>
    <w:p>
      <w:pPr>
        <w:spacing w:after="120"/>
        <w:jc w:val="both"/>
      </w:pPr>
      <w:r>
        <w:t xml:space="preserve">2. TALEP EDİLEN İZİN: [ ] Doğum öncesi analık izni  [ ] Doğum sonrası analık izni  [ ] Süt izni  [ ] Babalık (eşin doğumu) izni  [ ] Doğum sonrası aylıksız izin  [ ] Yarım zamanlı çalışma.</w:t>
      </w:r>
    </w:p>
    <w:p>
      <w:pPr>
        <w:spacing w:after="120"/>
        <w:jc w:val="both"/>
      </w:pPr>
      <w:r>
        <w:t xml:space="preserve">3. Doğum tarihi / beklenen doğum tarihi [TARİH] olup, rapor ve belgeler ektedir.</w:t>
      </w:r>
    </w:p>
    <w:p>
      <w:pPr>
        <w:spacing w:after="120"/>
        <w:jc w:val="both"/>
      </w:pPr>
      <w:r>
        <w:t xml:space="preserve">4. ANALIK İZNİ: 657 s.K. m.104/A uyarınca doğumdan önce sekiz, doğumdan sonra sekiz hafta izin kullanma hakkım bulunmaktadır. Sağlık durumum uygun olduğundan doğum öncesi iznimin [SÜRE] haftalık kısmını doğum sonrasına aktarmak istiyorum. [dosya bazında teyit edilmelidir]</w:t>
      </w:r>
    </w:p>
    <w:p>
      <w:pPr>
        <w:spacing w:after="120"/>
        <w:jc w:val="both"/>
      </w:pPr>
      <w:r>
        <w:t xml:space="preserve">5. SÜT İZNİ: Analık izninin bitiminden itibaren ilk altı ayda günde üç saat, ikinci altı ayda günde bir buçuk saat süt izni kullanmak istiyorum. Kullanmak istediğim saat dilimi: [SAAT ARALIĞI].</w:t>
      </w:r>
    </w:p>
    <w:p>
      <w:pPr>
        <w:spacing w:after="120"/>
        <w:jc w:val="both"/>
      </w:pPr>
      <w:r>
        <w:t xml:space="preserve">6. BABALIK İZNİ: Eşimin [TARİH] tarihinde doğum yapması nedeniyle 657 s.K. m.104/B uyarınca on gün babalık izni talep ediyorum.</w:t>
      </w:r>
    </w:p>
    <w:p>
      <w:pPr>
        <w:spacing w:after="120"/>
        <w:jc w:val="both"/>
      </w:pPr>
      <w:r>
        <w:t xml:space="preserve">7. AYLIKSIZ İZİN / YARIM ZAMANLI ÇALIŞMA: 657 s.K. m.108/B uyarınca analık izninin bitiminden itibaren [SÜRE] aylıksız izin veya m.104/F kapsamında yarım zamanlı çalışma talep ediyorum.</w:t>
      </w:r>
    </w:p>
    <w:p>
      <w:pPr>
        <w:spacing w:after="120"/>
        <w:jc w:val="both"/>
      </w:pPr>
      <w:r>
        <w:t xml:space="preserve">8. İzin süresince ders, sınav ve danışmanlık yükümlülüklerimin devri için hazırlanan plan ektedir.</w:t>
      </w:r>
    </w:p>
    <w:p>
      <w:pPr>
        <w:spacing w:before="200" w:after="80"/>
      </w:pPr>
      <w:r>
        <w:rPr>
          <w:b/>
          <w:sz w:val="22"/>
        </w:rPr>
        <w:t xml:space="preserve">HUKUKİ DAYANAK</w:t>
      </w:r>
    </w:p>
    <w:p>
      <w:pPr>
        <w:jc w:val="both"/>
      </w:pPr>
      <w:r>
        <w:t xml:space="preserve">657 sayılı Kanun m.104 (analık, babalık, süt izni), m.108/B (doğum sonrası aylıksız izin); 2914 sayılı Kanun m.20; Devlet Memurlarına Verilecek Hastalık Raporları ile İzin Usul ve Esaslarına Dair Yönetmelik [dosya bazında teyit edilmelidir].</w:t>
      </w:r>
    </w:p>
    <w:p>
      <w:pPr>
        <w:spacing w:before="200" w:after="80"/>
      </w:pPr>
      <w:r>
        <w:rPr>
          <w:b/>
          <w:sz w:val="22"/>
        </w:rPr>
        <w:t xml:space="preserve">SONUÇ VE TALEP</w:t>
      </w:r>
    </w:p>
    <w:p>
      <w:pPr>
        <w:jc w:val="both"/>
      </w:pPr>
      <w:r>
        <w:t xml:space="preserve">Talep ettiğim iznin kullandırılmasına ve izin süresinin özlük kayıtlarıma işlenmesine karar verilmesini saygılarımla arz ederim.</w:t>
      </w:r>
    </w:p>
    <w:p>
      <w:pPr>
        <w:spacing w:before="200" w:after="80"/>
      </w:pPr>
      <w:r>
        <w:rPr>
          <w:b/>
          <w:sz w:val="22"/>
        </w:rPr>
        <w:t xml:space="preserve">EKLER</w:t>
      </w:r>
    </w:p>
    <w:p>
      <w:pPr>
        <w:spacing w:after="0"/>
      </w:pPr>
      <w:r>
        <w:t xml:space="preserve">1. Doğum raporu / doğum belgesi.</w:t>
      </w:r>
    </w:p>
    <w:p>
      <w:pPr>
        <w:spacing w:after="0"/>
      </w:pPr>
      <w:r>
        <w:t xml:space="preserve">2. Nüfus kayıt örneği.</w:t>
      </w:r>
    </w:p>
    <w:p>
      <w:pPr>
        <w:spacing w:after="0"/>
      </w:pPr>
      <w:r>
        <w:t xml:space="preserve">3. Sağlık raporu (doğum öncesi izin devri için).</w:t>
      </w:r>
    </w:p>
    <w:p>
      <w:pPr>
        <w:spacing w:after="0"/>
      </w:pPr>
      <w:r>
        <w:t xml:space="preserve">4. Ders devir planı.</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