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w:t>
            </w:r>
          </w:p>
          <w:p>
            <w:pPr>
              <w:spacing w:after="40"/>
            </w:pPr>
            <w:r>
              <w:rPr>
                <w:sz w:val="18"/>
              </w:rPr>
              <w:t xml:space="preserve">Süre          : Her zaman talep edilebilir.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(Personel Daire Başkanlığına)</w:t>
      </w:r>
    </w:p>
    <w:p>
      <w:pPr>
        <w:spacing w:after="200"/>
      </w:pPr>
      <w:r>
        <w:rPr>
          <w:b/>
        </w:rPr>
        <w:t xml:space="preserve">KONU : </w:t>
      </w:r>
      <w:r>
        <w:t xml:space="preserve">Görev belgesi, hizmet cetveli ve çalışma belgesi düzenlenmesi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 göreve başlama tarihim [TARİH] dir.</w:t>
      </w:r>
    </w:p>
    <w:p>
      <w:pPr>
        <w:spacing w:after="120"/>
        <w:jc w:val="both"/>
      </w:pPr>
      <w:r>
        <w:t xml:space="preserve">2. Aşağıdaki belgelerin düzenlenerek tarafıma verilmesini talep ederim.</w:t>
      </w:r>
    </w:p>
    <w:p>
      <w:pPr>
        <w:spacing w:after="120"/>
        <w:jc w:val="both"/>
      </w:pPr>
      <w:r>
        <w:t xml:space="preserve">3. BELGE 1 — GÖREV BELGESİ: hâlen görev yaptığımı, unvanımı, kadro derecemi ve birimimi gösterir belge. Kullanım amacı: [BANKA / VİZE / KREDİ / YURT DIŞI BAŞVURU / DİĞER].</w:t>
      </w:r>
    </w:p>
    <w:p>
      <w:pPr>
        <w:spacing w:after="120"/>
        <w:jc w:val="both"/>
      </w:pPr>
      <w:r>
        <w:t xml:space="preserve">4. BELGE 2 — HİZMET CETVELİ (HİTAP DÖKÜMÜ): kuruma giriş tarihinden bugüne kadarki tüm hizmet, derece-kademe ve izin bilgilerini gösterir onaylı döküm.</w:t>
      </w:r>
    </w:p>
    <w:p>
      <w:pPr>
        <w:spacing w:after="120"/>
        <w:jc w:val="both"/>
      </w:pPr>
      <w:r>
        <w:t xml:space="preserve">5. BELGE 3 — ÇALIŞMA BELGESİ: yürüttüğüm dersler, idari görevler ve akademik faaliyetleri gösterir belge. [dosya bazında teyit edilmelidir]</w:t>
      </w:r>
    </w:p>
    <w:p>
      <w:pPr>
        <w:spacing w:after="120"/>
        <w:jc w:val="both"/>
      </w:pPr>
      <w:r>
        <w:t xml:space="preserve">6. Belgelerin [TÜRKÇE / İNGİLİZCE] olarak ve [ADET] nüsha düzenlenmesini; her sayfanın imzalı ve mühürlü olmasını talep ederim.</w:t>
      </w:r>
    </w:p>
    <w:p>
      <w:pPr>
        <w:spacing w:after="120"/>
        <w:jc w:val="both"/>
      </w:pPr>
      <w:r>
        <w:t xml:space="preserve">7. Belge yurt dışında kullanılacaksa apostil işlemi için gerekli yönlendirmenin de yapılmasını talep ederim.</w:t>
      </w:r>
    </w:p>
    <w:p>
      <w:pPr>
        <w:spacing w:before="200" w:after="80"/>
      </w:pPr>
      <w:r>
        <w:rPr>
          <w:b/>
          <w:sz w:val="22"/>
        </w:rPr>
        <w:t xml:space="preserve">HUKUKİ DAYANAK</w:t>
      </w:r>
    </w:p>
    <w:p>
      <w:pPr>
        <w:jc w:val="both"/>
      </w:pPr>
      <w:r>
        <w:t xml:space="preserve">3071 sayılı Dilekçe Hakkının Kullanılmasına Dair Kanun; 4982 sayılı Bilgi Edinme Hakkı Kanunu; 657 sayılı Kanun m.109 (özlük dosyası); 5510 sayılı Kanun (HİTAP) [dosya bazında teyit edilmelidir].</w:t>
      </w:r>
    </w:p>
    <w:p>
      <w:pPr>
        <w:spacing w:before="200" w:after="80"/>
      </w:pPr>
      <w:r>
        <w:rPr>
          <w:b/>
          <w:sz w:val="22"/>
        </w:rPr>
        <w:t xml:space="preserve">SONUÇ VE TALEP</w:t>
      </w:r>
    </w:p>
    <w:p>
      <w:pPr>
        <w:jc w:val="both"/>
      </w:pPr>
      <w:r>
        <w:t xml:space="preserve">Talep ettiğim görev belgesi, hizmet cetveli ve çalışma belgesinin düzenlenerek tarafıma verilmesini saygılarımla arz ederim.</w:t>
      </w:r>
    </w:p>
    <w:p>
      <w:pPr>
        <w:spacing w:before="200" w:after="80"/>
      </w:pPr>
      <w:r>
        <w:rPr>
          <w:b/>
          <w:sz w:val="22"/>
        </w:rPr>
        <w:t xml:space="preserve">EKLER</w:t>
      </w:r>
    </w:p>
    <w:p>
      <w:pPr>
        <w:spacing w:after="0"/>
      </w:pPr>
      <w:r>
        <w:t xml:space="preserve">1. Kimlik belgesi fotokopisi.</w:t>
      </w:r>
    </w:p>
    <w:p>
      <w:pPr>
        <w:spacing w:after="0"/>
      </w:pPr>
      <w:r>
        <w:t xml:space="preserve">2. Belgenin kullanılacağı yere ilişkin yazı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