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personel daire başkanlığı</w:t>
            </w:r>
          </w:p>
          <w:p>
            <w:pPr>
              <w:spacing w:after="40"/>
            </w:pPr>
            <w:r>
              <w:rPr>
                <w:sz w:val="18"/>
              </w:rPr>
              <w:t xml:space="preserve">Süre          : Mezuniyetten itibaren gecikmeksizin; intibak başvuru tarihini izleyen dönemde uygulanır.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REKTÖRLÜĞÜNE</w:t>
      </w:r>
    </w:p>
    <w:p>
      <w:pPr>
        <w:spacing w:before="0" w:after="320"/>
        <w:jc w:val="center"/>
      </w:pPr>
      <w:r>
        <w:rPr>
          <w:sz w:val="22"/>
        </w:rPr>
        <w:t xml:space="preserve">(Personel Daire Başkanlığına)</w:t>
      </w:r>
    </w:p>
    <w:p>
      <w:pPr>
        <w:spacing w:after="200"/>
      </w:pPr>
      <w:r>
        <w:rPr>
          <w:b/>
        </w:rPr>
        <w:t xml:space="preserve">KONU : </w:t>
      </w:r>
      <w:r>
        <w:t xml:space="preserve">Tamamladığım üst öğrenim nedeniyle derece ve kademe intibakımın yapılması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Sicil / Personel No : [KURUM SİCİL NO]</w:t>
      </w:r>
    </w:p>
    <w:p>
      <w:pPr>
        <w:spacing w:after="0"/>
      </w:pPr>
      <w:r>
        <w:t xml:space="preserve">Unvan / Kadro   : [UNVAN] — [DERECE]/[KADEME]</w:t>
      </w:r>
    </w:p>
    <w:p>
      <w:pPr>
        <w:spacing w:after="0"/>
      </w:pPr>
      <w:r>
        <w:t xml:space="preserve">Kurum / Birim   : [ÜNİVERSİTE] / [FAKÜLTE — BÖLÜM]</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Üniversiteniz [FAKÜLTE] [BÖLÜM] bünyesinde [UNVAN] kadrosunda [DERECE]/[KADEME] derece ve kademede görev yapmaktayım.</w:t>
      </w:r>
    </w:p>
    <w:p>
      <w:pPr>
        <w:spacing w:after="120"/>
        <w:jc w:val="both"/>
      </w:pPr>
      <w:r>
        <w:t xml:space="preserve">2. Göreve başladığım tarihte öğrenim durumum [ÖNCEKİ ÖĞRENİM] idi. [ÜNİVERSİTE] [PROGRAM] programından [MEZUNİYET TARİHİ] tarihinde mezun olarak öğrenim durumumu yükselttim.</w:t>
      </w:r>
    </w:p>
    <w:p>
      <w:pPr>
        <w:spacing w:after="120"/>
        <w:jc w:val="both"/>
      </w:pPr>
      <w:r>
        <w:t xml:space="preserve">3. Diploma ve transkriptim ekte sunulmuş olup, [YURT DIŞI ÖĞRENİM İSE] YÖK denklik belgem de eklidir.</w:t>
      </w:r>
    </w:p>
    <w:p>
      <w:pPr>
        <w:spacing w:after="120"/>
        <w:jc w:val="both"/>
      </w:pPr>
      <w:r>
        <w:t xml:space="preserve">4. Tamamladığım öğrenimin görev yaptığım kadro ile ilgili üst öğrenim niteliğinde olduğunu; bu nedenle 657 s.K. m.36 uyarınca intibakımın yapılması gerektiğini belirtirim. [dosya bazında teyit edilmelidir]</w:t>
      </w:r>
    </w:p>
    <w:p>
      <w:pPr>
        <w:spacing w:after="120"/>
        <w:jc w:val="both"/>
      </w:pPr>
      <w:r>
        <w:t xml:space="preserve">5. Ayrıca doktora ve doçentlik unvanları için mevzuatta öngörülen kademe ve derece ilerlemelerinin uygulanıp uygulanmadığının kontrol edilmesini talep ederim.</w:t>
      </w:r>
    </w:p>
    <w:p>
      <w:pPr>
        <w:spacing w:after="120"/>
        <w:jc w:val="both"/>
      </w:pPr>
      <w:r>
        <w:t xml:space="preserve">6. İntibak sonucunda doğacak fark ödemelerinin geriye dönük hesaplanarak ödenmesini ve HİTAP kayıtlarımın güncellenmesini talep ederim.</w:t>
      </w:r>
    </w:p>
    <w:p>
      <w:pPr>
        <w:spacing w:before="200" w:after="80"/>
      </w:pPr>
      <w:r>
        <w:rPr>
          <w:b/>
          <w:sz w:val="22"/>
        </w:rPr>
        <w:t xml:space="preserve">HUKUKİ DAYANAK</w:t>
      </w:r>
    </w:p>
    <w:p>
      <w:pPr>
        <w:jc w:val="both"/>
      </w:pPr>
      <w:r>
        <w:t xml:space="preserve">2914 sayılı Kanun m.3, 20; 657 sayılı Kanun m.36 (ortak hükümler ve öğrenim durumuna göre intibak), m.68; Yurtdışı Yükseköğretim Diplomaları Tanıma ve Denklik Yönetmeliği. Üst öğrenim sayılma ölçütü kadro ile ilgililik şartına bağlıdır [dosya bazında teyit edilmelidir].</w:t>
      </w:r>
    </w:p>
    <w:p>
      <w:pPr>
        <w:spacing w:before="200" w:after="80"/>
      </w:pPr>
      <w:r>
        <w:rPr>
          <w:b/>
          <w:sz w:val="22"/>
        </w:rPr>
        <w:t xml:space="preserve">SONUÇ VE TALEP</w:t>
      </w:r>
    </w:p>
    <w:p>
      <w:pPr>
        <w:jc w:val="both"/>
      </w:pPr>
      <w:r>
        <w:t xml:space="preserve">Tamamladığım üst öğrenim nedeniyle derece ve kademe intibakımın yapılmasına, doğacak fark ödemelerinin ödenmesine ve HİTAP kayıtlarımın güncellenmesine karar verilmesini saygılarımla arz ederim.</w:t>
      </w:r>
    </w:p>
    <w:p>
      <w:pPr>
        <w:spacing w:before="200" w:after="80"/>
      </w:pPr>
      <w:r>
        <w:rPr>
          <w:b/>
          <w:sz w:val="22"/>
        </w:rPr>
        <w:t xml:space="preserve">EKLER</w:t>
      </w:r>
    </w:p>
    <w:p>
      <w:pPr>
        <w:spacing w:after="0"/>
      </w:pPr>
      <w:r>
        <w:t xml:space="preserve">1. Diploma ve transkript.</w:t>
      </w:r>
    </w:p>
    <w:p>
      <w:pPr>
        <w:spacing w:after="0"/>
      </w:pPr>
      <w:r>
        <w:t xml:space="preserve">2. YÖK denklik belgesi (yurt dışı öğrenim ise).</w:t>
      </w:r>
    </w:p>
    <w:p>
      <w:pPr>
        <w:spacing w:after="0"/>
      </w:pPr>
      <w:r>
        <w:t xml:space="preserve">3. Hizmet cetveli.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