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Yabancı diller yüksekokulu / ilgili bölüm başkanlığı</w:t>
            </w:r>
          </w:p>
          <w:p>
            <w:pPr>
              <w:spacing w:after="40"/>
            </w:pPr>
            <w:r>
              <w:rPr>
                <w:sz w:val="18"/>
              </w:rPr>
              <w:t xml:space="preserve">Süre          : Akademik takvimde ilan edilen muafiyet sınavı başvuru dönemi içinde. [dosya bazında teyit edilmelidir]</w:t>
            </w:r>
          </w:p>
          <w:p>
            <w:pPr>
              <w:spacing w:after="40"/>
            </w:pPr>
            <w:r>
              <w:rPr>
                <w:sz w:val="18"/>
              </w:rPr>
              <w:t xml:space="preserve">Kaynak        : akademikhukuk.org/akademik-dilekce-ornekleri</w:t>
            </w:r>
          </w:p>
        </w:tc>
      </w:tr>
    </w:tbl>
    <w:p/>
    <w:p>
      <w:pPr>
        <w:spacing w:before="120" w:after="320"/>
        <w:jc w:val="center"/>
      </w:pPr>
      <w:r>
        <w:rPr>
          <w:b/>
          <w:sz w:val="24"/>
        </w:rPr>
        <w:t xml:space="preserve">[ÜNİVERSİTE] YABANCI DİLLER YÜKSEKOKULU MÜDÜRLÜĞÜNE</w:t>
      </w:r>
    </w:p>
    <w:p>
      <w:pPr>
        <w:spacing w:after="200"/>
      </w:pPr>
      <w:r>
        <w:rPr>
          <w:b/>
        </w:rPr>
        <w:t xml:space="preserve">KONU : </w:t>
      </w:r>
      <w:r>
        <w:t xml:space="preserve">Yabancı dil hazırlık sınıfından / zorunlu yabancı dil dersinden muafiyet talebimdir.</w:t>
      </w:r>
    </w:p>
    <w:p>
      <w:pPr>
        <w:spacing w:before="200" w:after="80"/>
      </w:pPr>
      <w:r>
        <w:rPr>
          <w:b/>
          <w:sz w:val="22"/>
        </w:rPr>
        <w:t xml:space="preserve">BAŞVURAN</w:t>
      </w:r>
    </w:p>
    <w:p>
      <w:pPr>
        <w:spacing w:after="0"/>
      </w:pPr>
      <w:r>
        <w:t xml:space="preserve">Ad Soyad        : [AD SOYAD]</w:t>
      </w:r>
    </w:p>
    <w:p>
      <w:pPr>
        <w:spacing w:after="0"/>
      </w:pPr>
      <w:r>
        <w:t xml:space="preserve">T.C. Kimlik No  : [T.C. KİMLİK NUMARASI]</w:t>
      </w:r>
    </w:p>
    <w:p>
      <w:pPr>
        <w:spacing w:after="0"/>
      </w:pPr>
      <w:r>
        <w:t xml:space="preserve">Öğrenci No      : [ÖĞRENCİ NUMARASI]</w:t>
      </w:r>
    </w:p>
    <w:p>
      <w:pPr>
        <w:spacing w:after="0"/>
      </w:pPr>
      <w:r>
        <w:t xml:space="preserve">Program         : [FAKÜLTE / ENSTİTÜ] — [BÖLÜM / PROGRAM] — [SINIF]</w:t>
      </w:r>
    </w:p>
    <w:p>
      <w:pPr>
        <w:spacing w:after="0"/>
      </w:pPr>
      <w:r>
        <w:t xml:space="preserve">Adres           : [TEBLİGATA ELVERİŞLİ ADRES]</w:t>
      </w:r>
    </w:p>
    <w:p>
      <w:pPr>
        <w:spacing w:after="0"/>
      </w:pPr>
      <w:r>
        <w:t xml:space="preserve">E-posta / Tel   : [E-POSTA] — [TELEFON]</w:t>
      </w:r>
    </w:p>
    <w:p>
      <w:pPr>
        <w:spacing w:before="200" w:after="80"/>
      </w:pPr>
      <w:r>
        <w:rPr>
          <w:b/>
          <w:sz w:val="22"/>
        </w:rPr>
        <w:t xml:space="preserve">AÇIKLAMALAR</w:t>
      </w:r>
    </w:p>
    <w:p>
      <w:pPr>
        <w:spacing w:after="120"/>
        <w:jc w:val="both"/>
      </w:pPr>
      <w:r>
        <w:t xml:space="preserve">1. Üniversiteniz [FAKÜLTE] [BÖLÜM] programına [KAYIT TARİHİ] tarihinde kayıt yaptırdım.</w:t>
      </w:r>
    </w:p>
    <w:p>
      <w:pPr>
        <w:spacing w:after="120"/>
        <w:jc w:val="both"/>
      </w:pPr>
      <w:r>
        <w:t xml:space="preserve">2. TALEBİM: [ ] Muafiyet sınavına girmek istiyorum   [ ] Ulusal/uluslararası sınav belgemle doğrudan muafiyet istiyorum   [ ] Önceki yükseköğretim kurumunda aldığım hazırlık eğitimi nedeniyle muafiyet istiyorum.</w:t>
      </w:r>
    </w:p>
    <w:p>
      <w:pPr>
        <w:spacing w:after="120"/>
        <w:jc w:val="both"/>
      </w:pPr>
      <w:r>
        <w:t xml:space="preserve">3. BELGEYE DAYALI MUAFİYET: [SINAV — YDS / e-YDS / YÖKDİL / TOEFL / IELTS / PTE] sınavının [TARİH] tarihli oturumundan [PUAN] puan aldım. Belge ektedir. Sınavın geçerlilik süresi içinde olduğunu beyan ederim. [dosya bazında teyit edilmelidir]</w:t>
      </w:r>
    </w:p>
    <w:p>
      <w:pPr>
        <w:spacing w:after="120"/>
        <w:jc w:val="both"/>
      </w:pPr>
      <w:r>
        <w:t xml:space="preserve">4. ÖNCEKİ EĞİTİME DAYALI MUAFİYET: [ÜNİVERSİTE] bünyesinde [AKADEMİK YIL] döneminde hazırlık sınıfını başarıyla tamamladım; başarı belgem ve transkriptim ektedir.</w:t>
      </w:r>
    </w:p>
    <w:p>
      <w:pPr>
        <w:spacing w:after="120"/>
        <w:jc w:val="both"/>
      </w:pPr>
      <w:r>
        <w:t xml:space="preserve">5. Muafiyet talebimin kabul edilmemesi hâlinde muafiyet sınavına girmek istediğimi; sınav tarih ve yerinin tarafıma bildirilmesini talep ederim.</w:t>
      </w:r>
    </w:p>
    <w:p>
      <w:pPr>
        <w:spacing w:after="120"/>
        <w:jc w:val="both"/>
      </w:pPr>
      <w:r>
        <w:t xml:space="preserve">6. Muafiyetin zorunlu yabancı dil derslerini (İngilizce I-II vb.) kapsayıp kapsamadığının ayrıca belirtilmesini talep ederim.</w:t>
      </w:r>
    </w:p>
    <w:p>
      <w:pPr>
        <w:spacing w:before="200" w:after="80"/>
      </w:pPr>
      <w:r>
        <w:rPr>
          <w:b/>
          <w:sz w:val="22"/>
        </w:rPr>
        <w:t xml:space="preserve">HUKUKİ DAYANAK</w:t>
      </w:r>
    </w:p>
    <w:p>
      <w:pPr>
        <w:jc w:val="both"/>
      </w:pPr>
      <w:r>
        <w:t xml:space="preserve">2547 sayılı Kanun m.5/ı, 44, 49; Yükseköğretim Kurumlarında Yabancı Dil Öğretimi ve Yabancı Dille Öğretim Yapılmasında Uyulacak Esaslara İlişkin Yönetmelik; üniversitenin hazırlık sınıfı yönergesi. Kabul edilen sınavlar ve taban puanlar senato kararıyla belirlenir [dosya bazında teyit edilmelidir].</w:t>
      </w:r>
    </w:p>
    <w:p>
      <w:pPr>
        <w:spacing w:before="200" w:after="80"/>
      </w:pPr>
      <w:r>
        <w:rPr>
          <w:b/>
          <w:sz w:val="22"/>
        </w:rPr>
        <w:t xml:space="preserve">SONUÇ VE TALEP</w:t>
      </w:r>
    </w:p>
    <w:p>
      <w:pPr>
        <w:jc w:val="both"/>
      </w:pPr>
      <w:r>
        <w:t xml:space="preserve">Muafiyet talebimin değerlendirilmesine; belge ile muafiyet sağlanamıyorsa muafiyet sınavına alınmama karar verilmesini saygılarımla arz ederim.</w:t>
      </w:r>
    </w:p>
    <w:p>
      <w:pPr>
        <w:spacing w:before="200" w:after="80"/>
      </w:pPr>
      <w:r>
        <w:rPr>
          <w:b/>
          <w:sz w:val="22"/>
        </w:rPr>
        <w:t xml:space="preserve">EKLER</w:t>
      </w:r>
    </w:p>
    <w:p>
      <w:pPr>
        <w:spacing w:after="0"/>
      </w:pPr>
      <w:r>
        <w:t xml:space="preserve">1. Yabancı dil sınav sonuç belgesi.</w:t>
      </w:r>
    </w:p>
    <w:p>
      <w:pPr>
        <w:spacing w:after="0"/>
      </w:pPr>
      <w:r>
        <w:t xml:space="preserve">2. Önceki hazırlık başarı belgesi (varsa).</w:t>
      </w:r>
    </w:p>
    <w:p>
      <w:pPr>
        <w:spacing w:after="0"/>
      </w:pPr>
      <w:r>
        <w:t xml:space="preserve">3. Öğrenci belgesi.</w:t>
      </w:r>
    </w:p>
    <w:p>
      <w:r/>
    </w:p>
    <w:p>
      <w:pPr>
        <w:spacing w:after="0"/>
        <w:jc w:val="right"/>
      </w:pPr>
      <w:r>
        <w:t xml:space="preserve">Tarih : [GÜN/AY/YIL]</w:t>
      </w:r>
    </w:p>
    <w:p>
      <w:pPr>
        <w:spacing w:after="0"/>
        <w:jc w:val="right"/>
      </w:pPr>
      <w:r>
        <w:t xml:space="preserve">[AD SOYAD]</w:t>
      </w:r>
    </w:p>
    <w:p>
      <w:pPr>
        <w:spacing w:after="0"/>
        <w:jc w:val="right"/>
      </w:pPr>
      <w:r>
        <w:t xml:space="preserve">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