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 xml:space="preserve">KULLANIM NOTU</w:t>
            </w:r>
          </w:p>
          <w:p>
            <w:pPr>
              <w:spacing w:after="40"/>
            </w:pPr>
            <w:r>
              <w:rPr>
                <w:sz w:val="18"/>
              </w:rPr>
              <w:t xml:space="preserve">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 xml:space="preserve">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 xml:space="preserve">Muhatap makam : Fakülte dekanlığı / bölüm başkanlığı — yönetim kurulu kararı ile</w:t>
            </w:r>
          </w:p>
          <w:p>
            <w:pPr>
              <w:spacing w:after="40"/>
            </w:pPr>
            <w:r>
              <w:rPr>
                <w:sz w:val="18"/>
              </w:rPr>
              <w:t xml:space="preserve">Süre          : Yaz öğretimi kayıt döneminden önce; ders alınmadan önce onay alınmalıdır. [dosya bazında teyit edilmelidir]</w:t>
            </w:r>
          </w:p>
          <w:p>
            <w:pPr>
              <w:spacing w:after="40"/>
            </w:pPr>
            <w:r>
              <w:rPr>
                <w:sz w:val="18"/>
              </w:rPr>
              <w:t xml:space="preserve">Kaynak        : akademikhukuk.org/akademik-dilekce-ornekleri</w:t>
            </w:r>
          </w:p>
        </w:tc>
      </w:tr>
    </w:tbl>
    <w:p/>
    <w:p>
      <w:pPr>
        <w:spacing w:before="120" w:after="320"/>
        <w:jc w:val="center"/>
      </w:pPr>
      <w:r>
        <w:rPr>
          <w:b/>
          <w:sz w:val="24"/>
        </w:rPr>
        <w:t xml:space="preserve">[ÜNİVERSİTE] [FAKÜLTE] DEKANLIĞINA</w:t>
      </w:r>
    </w:p>
    <w:p>
      <w:pPr>
        <w:spacing w:after="200"/>
      </w:pPr>
      <w:r>
        <w:rPr>
          <w:b/>
        </w:rPr>
        <w:t xml:space="preserve">KONU : </w:t>
      </w:r>
      <w:r>
        <w:t xml:space="preserve">[ÜNİVERSİTE] yaz öğretiminden ders alma ve alınan dersin saydırılması talebimdir.</w:t>
      </w:r>
    </w:p>
    <w:p>
      <w:pPr>
        <w:spacing w:before="200" w:after="80"/>
      </w:pPr>
      <w:r>
        <w:rPr>
          <w:b/>
          <w:sz w:val="22"/>
        </w:rPr>
        <w:t xml:space="preserve">BAŞVURAN</w:t>
      </w:r>
    </w:p>
    <w:p>
      <w:pPr>
        <w:spacing w:after="0"/>
      </w:pPr>
      <w:r>
        <w:t xml:space="preserve">Ad Soyad        : [AD SOYAD]</w:t>
      </w:r>
    </w:p>
    <w:p>
      <w:pPr>
        <w:spacing w:after="0"/>
      </w:pPr>
      <w:r>
        <w:t xml:space="preserve">T.C. Kimlik No  : [T.C. KİMLİK NUMARASI]</w:t>
      </w:r>
    </w:p>
    <w:p>
      <w:pPr>
        <w:spacing w:after="0"/>
      </w:pPr>
      <w:r>
        <w:t xml:space="preserve">Öğrenci No      : [ÖĞRENCİ NUMARASI]</w:t>
      </w:r>
    </w:p>
    <w:p>
      <w:pPr>
        <w:spacing w:after="0"/>
      </w:pPr>
      <w:r>
        <w:t xml:space="preserve">Program         : [FAKÜLTE / ENSTİTÜ] — [BÖLÜM / PROGRAM] — [SINIF]</w:t>
      </w:r>
    </w:p>
    <w:p>
      <w:pPr>
        <w:spacing w:after="0"/>
      </w:pPr>
      <w:r>
        <w:t xml:space="preserve">Adres           : [TEBLİGATA ELVERİŞLİ ADRES]</w:t>
      </w:r>
    </w:p>
    <w:p>
      <w:pPr>
        <w:spacing w:after="0"/>
      </w:pPr>
      <w:r>
        <w:t xml:space="preserve">E-posta / Tel   : [E-POSTA] — [TELEFON]</w:t>
      </w:r>
    </w:p>
    <w:p>
      <w:pPr>
        <w:spacing w:before="200" w:after="80"/>
      </w:pPr>
      <w:r>
        <w:rPr>
          <w:b/>
          <w:sz w:val="22"/>
        </w:rPr>
        <w:t xml:space="preserve">AÇIKLAMALAR</w:t>
      </w:r>
    </w:p>
    <w:p>
      <w:pPr>
        <w:spacing w:after="120"/>
        <w:jc w:val="both"/>
      </w:pPr>
      <w:r>
        <w:t xml:space="preserve">1. Üniversiteniz [FAKÜLTE] [BÖLÜM] programının öğrencisiyim. [YIL] yaz öğretiminde [HEDEF ÜNİVERSİTE] bünyesinden ders almak istiyorum.</w:t>
      </w:r>
    </w:p>
    <w:p>
      <w:pPr>
        <w:spacing w:after="120"/>
        <w:jc w:val="both"/>
      </w:pPr>
      <w:r>
        <w:t xml:space="preserve">2. ALINMAK İSTENEN DERSLER: [1] [DERS KODU — DERS ADI — KREDİ/AKTS], [2] [DERS KODU — DERS ADI — KREDİ/AKTS], [3] [DERS KODU — DERS ADI — KREDİ/AKTS].</w:t>
      </w:r>
    </w:p>
    <w:p>
      <w:pPr>
        <w:spacing w:after="120"/>
        <w:jc w:val="both"/>
      </w:pPr>
      <w:r>
        <w:t xml:space="preserve">3. SAYDIRILACAK DERSLER: Programımdaki [DERS KODU — DERS ADI — KREDİ/AKTS] dersleri yerine saydırılmasını talep ederim. Ders içerikleri karşılaştırma tablosu ektedir.</w:t>
      </w:r>
    </w:p>
    <w:p>
      <w:pPr>
        <w:spacing w:after="120"/>
        <w:jc w:val="both"/>
      </w:pPr>
      <w:r>
        <w:t xml:space="preserve">4. Alınmak istenen derslerin kredi ve AKTS değerleri ile içerikleri, programımdaki derslerle eşdeğerdir. Ders içerikleri ve öğretim planları ekte sunulmuştur. [dosya bazında teyit edilmelidir]</w:t>
      </w:r>
    </w:p>
    <w:p>
      <w:pPr>
        <w:spacing w:after="120"/>
        <w:jc w:val="both"/>
      </w:pPr>
      <w:r>
        <w:t xml:space="preserve">5. Hedef üniversitenin yaz öğretimi takvimi ve ders açılma durumu ekte gösterilmiştir. Derslerin açılmaması hâlinde talebimin kendiliğinden düşeceğini bilmekteyim.</w:t>
      </w:r>
    </w:p>
    <w:p>
      <w:pPr>
        <w:spacing w:after="120"/>
        <w:jc w:val="both"/>
      </w:pPr>
      <w:r>
        <w:t xml:space="preserve">6. Ders alma ve saydırma işleminin, dersler alınmadan önce yönetim kurulu kararıyla onaylanmasını talep ederim; aksi hâlde notlarımın işlenemeyeceğini biliyorum.</w:t>
      </w:r>
    </w:p>
    <w:p>
      <w:pPr>
        <w:spacing w:after="120"/>
        <w:jc w:val="both"/>
      </w:pPr>
      <w:r>
        <w:t xml:space="preserve">7. Danışmanım [UNVAN AD SOYAD] talebime ilişkin olumlu görüş bildirmiştir.</w:t>
      </w:r>
    </w:p>
    <w:p>
      <w:pPr>
        <w:spacing w:before="200" w:after="80"/>
      </w:pPr>
      <w:r>
        <w:rPr>
          <w:b/>
          <w:sz w:val="22"/>
        </w:rPr>
        <w:t xml:space="preserve">HUKUKİ DAYANAK</w:t>
      </w:r>
    </w:p>
    <w:p>
      <w:pPr>
        <w:jc w:val="both"/>
      </w:pPr>
      <w:r>
        <w:t xml:space="preserve">2547 sayılı Kanun m.44; üniversitenin yaz öğretimi yönergesi ve eğitim-öğretim yönetmeliği; Yükseköğretim Kurumlarında Önlisans ve Lisans Düzeyindeki Programlar Arasında Geçiş, Çift Anadal, Yan Dal ile Kurumlar Arası Kredi Transferi Yapılması Esaslarına İlişkin Yönetmelik [dosya bazında teyit edilmelidir].</w:t>
      </w:r>
    </w:p>
    <w:p>
      <w:pPr>
        <w:spacing w:before="200" w:after="80"/>
      </w:pPr>
      <w:r>
        <w:rPr>
          <w:b/>
          <w:sz w:val="22"/>
        </w:rPr>
        <w:t xml:space="preserve">SONUÇ VE TALEP</w:t>
      </w:r>
    </w:p>
    <w:p>
      <w:pPr>
        <w:jc w:val="both"/>
      </w:pPr>
      <w:r>
        <w:t xml:space="preserve">Belirtilen derslerin [HEDEF ÜNİVERSİTE] yaz öğretiminden alınmasına ve programımdaki derslerin yerine saydırılmasına önceden izin verilmesine karar verilmesini saygılarımla arz ederim.</w:t>
      </w:r>
    </w:p>
    <w:p>
      <w:pPr>
        <w:spacing w:before="200" w:after="80"/>
      </w:pPr>
      <w:r>
        <w:rPr>
          <w:b/>
          <w:sz w:val="22"/>
        </w:rPr>
        <w:t xml:space="preserve">EKLER</w:t>
      </w:r>
    </w:p>
    <w:p>
      <w:pPr>
        <w:spacing w:after="0"/>
      </w:pPr>
      <w:r>
        <w:t xml:space="preserve">1. Alınacak derslerin içerikleri ve AKTS bilgileri.</w:t>
      </w:r>
    </w:p>
    <w:p>
      <w:pPr>
        <w:spacing w:after="0"/>
      </w:pPr>
      <w:r>
        <w:t xml:space="preserve">2. Karşılaştırma tablosu.</w:t>
      </w:r>
    </w:p>
    <w:p>
      <w:pPr>
        <w:spacing w:after="0"/>
      </w:pPr>
      <w:r>
        <w:t xml:space="preserve">3. Hedef üniversitenin yaz öğretimi duyurusu.</w:t>
      </w:r>
    </w:p>
    <w:p>
      <w:pPr>
        <w:spacing w:after="0"/>
      </w:pPr>
      <w:r>
        <w:t xml:space="preserve">4. Transkript ve danışman görüşü.</w:t>
      </w:r>
    </w:p>
    <w:p>
      <w:r/>
    </w:p>
    <w:p>
      <w:pPr>
        <w:spacing w:after="0"/>
        <w:jc w:val="right"/>
      </w:pPr>
      <w:r>
        <w:t xml:space="preserve">Tarih : [GÜN/AY/YIL]</w:t>
      </w:r>
    </w:p>
    <w:p>
      <w:pPr>
        <w:spacing w:after="0"/>
        <w:jc w:val="right"/>
      </w:pPr>
      <w:r>
        <w:t xml:space="preserve">[AD SOYAD]</w:t>
      </w:r>
    </w:p>
    <w:p>
      <w:pPr>
        <w:spacing w:after="0"/>
        <w:jc w:val="right"/>
      </w:pPr>
      <w:r>
        <w:t xml:space="preserve">İmza</w:t>
      </w:r>
    </w:p>
    <w:p>
      <w:r/>
    </w:p>
    <w:p>
      <w:r>
        <w:rPr>
          <w:color w:val="666666"/>
          <w:sz w:val="16"/>
        </w:rPr>
        <w:t xml:space="preserve">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