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Yabancı diller yüksekokulu müdürlüğü — yönetim kurulu kararıyla</w:t>
            </w:r>
          </w:p>
          <w:p>
            <w:pPr>
              <w:spacing w:after="40"/>
            </w:pPr>
            <w:r>
              <w:rPr>
                <w:sz w:val="18"/>
              </w:rPr>
              <w:t xml:space="preserve">Süre          : Başarısızlık sonucunun ilanından itibaren gecikmeksizin.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YABANCI DİLLER YÜKSEKOKULU MÜDÜRLÜĞÜNE</w:t>
      </w:r>
    </w:p>
    <w:p>
      <w:pPr>
        <w:spacing w:after="200"/>
      </w:pPr>
      <w:r>
        <w:rPr>
          <w:b/>
        </w:rPr>
        <w:t xml:space="preserve">KONU : </w:t>
      </w:r>
      <w:r>
        <w:t xml:space="preserve">Hazırlık sınıfında başarısız olmam nedeniyle ek sınav hakkı tanınması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programı öğrencisi olarak [AKADEMİK YIL] döneminde zorunlu yabancı dil hazırlık sınıfında öğrenim gördüm.</w:t>
      </w:r>
    </w:p>
    <w:p>
      <w:pPr>
        <w:spacing w:after="120"/>
        <w:jc w:val="both"/>
      </w:pPr>
      <w:r>
        <w:t xml:space="preserve">2. Hazırlık sınıfında [SÜRE — bir yıl / iki yıl] öğrenim görmeme rağmen başarısız sayıldım; sonuç [TEBLİĞ TARİHİ] tarihinde ilan edilmiştir.</w:t>
      </w:r>
    </w:p>
    <w:p>
      <w:pPr>
        <w:spacing w:after="120"/>
        <w:jc w:val="both"/>
      </w:pPr>
      <w:r>
        <w:t xml:space="preserve">3. İlgili yönetmelik uyarınca, hazırlık sınıfında başarısız olan öğrencilere kayıtlı oldukları programın öğretim dili ve niteliğine göre ek sınav hakkı veya kendi imkânlarıyla dil öğrenip yeterlik sınavına girme hakkı tanınmaktadır. [dosya bazında teyit edilmelidir]</w:t>
      </w:r>
    </w:p>
    <w:p>
      <w:pPr>
        <w:spacing w:after="120"/>
        <w:jc w:val="both"/>
      </w:pPr>
      <w:r>
        <w:t xml:space="preserve">4. Bu çerçevede [EK SINAV HAKKI / YETERLİK SINAVINA GİRME HAKKI / İLGİLİ PROGRAMA DEVAM HAKKI] tanınmasını talep ederim.</w:t>
      </w:r>
    </w:p>
    <w:p>
      <w:pPr>
        <w:spacing w:after="120"/>
        <w:jc w:val="both"/>
      </w:pPr>
      <w:r>
        <w:t xml:space="preserve">5. Başarısız olduğum dönemde [MAZERET — sağlık sorunu / ailevi durum] yaşadım; belgelerim ektedir. Bu dönemin devam ve başarı hesabında değerlendirilmesini talep ederim.</w:t>
      </w:r>
    </w:p>
    <w:p>
      <w:pPr>
        <w:spacing w:after="120"/>
        <w:jc w:val="both"/>
      </w:pPr>
      <w:r>
        <w:t xml:space="preserve">6. Talebimin reddi hâlinde, öğrencilik statümün ne olacağının ve programa kayıt hakkımın bulunup bulunmadığının yazılı olarak bildirilmesini talep ederim.</w:t>
      </w:r>
    </w:p>
    <w:p>
      <w:pPr>
        <w:spacing w:before="200" w:after="80"/>
      </w:pPr>
      <w:r>
        <w:rPr>
          <w:b/>
          <w:sz w:val="22"/>
        </w:rPr>
        <w:t xml:space="preserve">HUKUKİ DAYANAK</w:t>
      </w:r>
    </w:p>
    <w:p>
      <w:pPr>
        <w:jc w:val="both"/>
      </w:pPr>
      <w:r>
        <w:t xml:space="preserve">2547 sayılı Kanun m.5/ı, 44, 49; Yükseköğretim Kurumlarında Yabancı Dil Öğretimi ve Yabancı Dille Öğretim Yapılmasında Uyulacak Esaslara İlişkin Yönetmelik; üniversitenin hazırlık sınıfı yönergesi [dosya bazında teyit edilmelidir].</w:t>
      </w:r>
    </w:p>
    <w:p>
      <w:pPr>
        <w:spacing w:before="200" w:after="80"/>
      </w:pPr>
      <w:r>
        <w:rPr>
          <w:b/>
          <w:sz w:val="22"/>
        </w:rPr>
        <w:t xml:space="preserve">SONUÇ VE TALEP</w:t>
      </w:r>
    </w:p>
    <w:p>
      <w:pPr>
        <w:jc w:val="both"/>
      </w:pPr>
      <w:r>
        <w:t xml:space="preserve">Hazırlık sınıfı bakımından ek sınav / yeterlik sınavına girme hakkının tanınmasına; talebin reddi hâlinde öğrencilik statüme ilişkin durumun yazılı bildirilmesine karar verilmesini saygılarımla arz ederim.</w:t>
      </w:r>
    </w:p>
    <w:p>
      <w:pPr>
        <w:spacing w:before="200" w:after="80"/>
      </w:pPr>
      <w:r>
        <w:rPr>
          <w:b/>
          <w:sz w:val="22"/>
        </w:rPr>
        <w:t xml:space="preserve">EKLER</w:t>
      </w:r>
    </w:p>
    <w:p>
      <w:pPr>
        <w:spacing w:after="0"/>
      </w:pPr>
      <w:r>
        <w:t xml:space="preserve">1. Hazırlık sınıfı sonuç belgesi.</w:t>
      </w:r>
    </w:p>
    <w:p>
      <w:pPr>
        <w:spacing w:after="0"/>
      </w:pPr>
      <w:r>
        <w:t xml:space="preserve">2. Devam ve not çizelgesi.</w:t>
      </w:r>
    </w:p>
    <w:p>
      <w:pPr>
        <w:spacing w:after="0"/>
      </w:pPr>
      <w:r>
        <w:t xml:space="preserve">3. Mazerete ilişkin belgeler.</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