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Fakülte dekanlığı / bölüm başkanlığı</w:t>
            </w:r>
          </w:p>
          <w:p>
            <w:pPr>
              <w:spacing w:after="40"/>
            </w:pPr>
            <w:r>
              <w:rPr>
                <w:sz w:val="18"/>
              </w:rPr>
              <w:t xml:space="preserve">Süre          : Sınav programının ilanından sonra, sınav tarihinden önce.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[FAKÜLTE] DEKANLIĞINA</w:t>
      </w:r>
    </w:p>
    <w:p>
      <w:pPr>
        <w:spacing w:after="200"/>
      </w:pPr>
      <w:r>
        <w:rPr>
          <w:b/>
        </w:rPr>
        <w:t xml:space="preserve">KONU : </w:t>
      </w:r>
      <w:r>
        <w:t xml:space="preserve">Aynı saate denk gelen sınavlarım nedeniyle mazeret sınavı hakkı tanınması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Öğrenci No      : [ÖĞRENCİ NUMARASI]</w:t>
      </w:r>
    </w:p>
    <w:p>
      <w:pPr>
        <w:spacing w:after="0"/>
      </w:pPr>
      <w:r>
        <w:t xml:space="preserve">Program         : [FAKÜLTE / ENSTİTÜ] — [BÖLÜM / PROGRAM] — [SINIF]</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[DÖNEM] dönemi [ARA SINAV / FİNAL] sınav programında, kayıtlı olduğum iki dersin sınavı aynı gün ve saate denk gelmiştir.</w:t>
      </w:r>
    </w:p>
    <w:p>
      <w:pPr>
        <w:spacing w:after="120"/>
        <w:jc w:val="both"/>
      </w:pPr>
      <w:r>
        <w:t xml:space="preserve">2. ÇAKIŞAN SINAVLAR: [1] [DERS KODU — DERS ADI] — [TARİH/SAAT] — [SALON]; [2] [DERS KODU — DERS ADI] — [TARİH/SAAT] — [SALON].</w:t>
      </w:r>
    </w:p>
    <w:p>
      <w:pPr>
        <w:spacing w:after="120"/>
        <w:jc w:val="both"/>
      </w:pPr>
      <w:r>
        <w:t xml:space="preserve">3. Çakışmanın sebebi [FARKLI SINIF SEVİYESİNDEN DERS ALMAM / ÇİFT ANADAL-YANDAL PROGRAMI / ALT DÖNEMDEN DERS TEKRARI / BÖLÜM DIŞI SEÇMELİ DERS] olup, her iki derse de usulüne uygun kayıtlıyım. [dosya bazında teyit edilmelidir]</w:t>
      </w:r>
    </w:p>
    <w:p>
      <w:pPr>
        <w:spacing w:after="120"/>
        <w:jc w:val="both"/>
      </w:pPr>
      <w:r>
        <w:t xml:space="preserve">4. Her iki sınava aynı anda girmem fiilen imkânsız olduğundan, [DERS KODU — DERS ADI] dersi için mazeret sınavı hakkı tanınmasını talep ederim.</w:t>
      </w:r>
    </w:p>
    <w:p>
      <w:pPr>
        <w:spacing w:after="120"/>
        <w:jc w:val="both"/>
      </w:pPr>
      <w:r>
        <w:t xml:space="preserve">5. Çakışma durumu ders kayıt sistemi tarafından engellenmediğinden, kusur tarafıma atfedilemez.</w:t>
      </w:r>
    </w:p>
    <w:p>
      <w:pPr>
        <w:spacing w:after="120"/>
        <w:jc w:val="both"/>
      </w:pPr>
      <w:r>
        <w:t xml:space="preserve">6. Mazeret sınavının tarih, saat ve yerinin tarafıma önceden yazılı olarak bildirilmesini talep ederim.</w:t>
      </w:r>
    </w:p>
    <w:p>
      <w:pPr>
        <w:spacing w:before="200" w:after="80"/>
      </w:pPr>
      <w:r>
        <w:rPr>
          <w:b/>
          <w:sz w:val="22"/>
        </w:rPr>
        <w:t xml:space="preserve">HUKUKİ DAYANAK</w:t>
      </w:r>
    </w:p>
    <w:p>
      <w:pPr>
        <w:jc w:val="both"/>
      </w:pPr>
      <w:r>
        <w:t xml:space="preserve">2547 sayılı Kanun m.44; üniversitenin eğitim-öğretim ve sınav yönetmeliği (mazeret sınavı hükümleri). Çakışmanın mazeret sayılıp sayılmayacağı yönetmeliğe göre değişir [dosya bazında teyit edilmelidir].</w:t>
      </w:r>
    </w:p>
    <w:p>
      <w:pPr>
        <w:spacing w:before="200" w:after="80"/>
      </w:pPr>
      <w:r>
        <w:rPr>
          <w:b/>
          <w:sz w:val="22"/>
        </w:rPr>
        <w:t xml:space="preserve">SONUÇ VE TALEP</w:t>
      </w:r>
    </w:p>
    <w:p>
      <w:pPr>
        <w:jc w:val="both"/>
      </w:pPr>
      <w:r>
        <w:t xml:space="preserve">Sınav çakışması nedeniyle [DERS ADI] dersi için mazeret sınavı hakkı tanınmasına ve sınav bilgilerinin tarafıma bildirilmesine karar verilmesini saygılarımla arz ederim.</w:t>
      </w:r>
    </w:p>
    <w:p>
      <w:pPr>
        <w:spacing w:before="200" w:after="80"/>
      </w:pPr>
      <w:r>
        <w:rPr>
          <w:b/>
          <w:sz w:val="22"/>
        </w:rPr>
        <w:t xml:space="preserve">EKLER</w:t>
      </w:r>
    </w:p>
    <w:p>
      <w:pPr>
        <w:spacing w:after="0"/>
      </w:pPr>
      <w:r>
        <w:t xml:space="preserve">1. Sınav programı çıktısı.</w:t>
      </w:r>
    </w:p>
    <w:p>
      <w:pPr>
        <w:spacing w:after="0"/>
      </w:pPr>
      <w:r>
        <w:t xml:space="preserve">2. Ders kayıt çıktısı.</w:t>
      </w:r>
    </w:p>
    <w:p>
      <w:pPr>
        <w:spacing w:after="0"/>
      </w:pPr>
      <w:r>
        <w:t xml:space="preserve">3. Transkript.</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