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SKS daire başkanlığı / ilgili birim</w:t>
            </w:r>
          </w:p>
          <w:p>
            <w:pPr>
              <w:spacing w:after="40"/>
            </w:pPr>
            <w:r>
              <w:rPr>
                <w:sz w:val="18"/>
              </w:rPr>
              <w:t xml:space="preserve">Süre          : İlan edilen başvuru dönemi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SAĞLIK KÜLTÜR VE SPOR DAİRE BAŞKANLIĞINA</w:t>
      </w:r>
    </w:p>
    <w:p>
      <w:pPr>
        <w:spacing w:after="200"/>
      </w:pPr>
      <w:r>
        <w:rPr>
          <w:b/>
        </w:rPr>
        <w:t xml:space="preserve">KONU : </w:t>
      </w:r>
      <w:r>
        <w:t xml:space="preserve">2547 sayılı Kanunun 46 ncı maddesi uyarınca kısmi zamanlı öğrenci olarak çalışma başvurumdur.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BAŞVURU BİLGİLERİ VE BEYAN</w:t>
      </w:r>
    </w:p>
    <w:p>
      <w:pPr>
        <w:spacing w:after="120"/>
        <w:jc w:val="both"/>
      </w:pPr>
      <w:r>
        <w:t xml:space="preserve">1. ÇALIŞMAK İSTENEN BİRİM: [1] [BİRİM ADI], [2] [BİRİM ADI], [3] [BİRİM ADI].</w:t>
      </w:r>
    </w:p>
    <w:p>
      <w:pPr>
        <w:spacing w:after="120"/>
        <w:jc w:val="both"/>
      </w:pPr>
      <w:r>
        <w:t xml:space="preserve">2. ÖĞRENCİLİK DURUMU: [FAKÜLTE] [BÖLÜM] [SINIF] sınıfı öğrencisiyim; genel not ortalamam [PUAN], kayıtlı olduğum dönem [DÖNEM] dir.</w:t>
      </w:r>
    </w:p>
    <w:p>
      <w:pPr>
        <w:spacing w:after="120"/>
        <w:jc w:val="both"/>
      </w:pPr>
      <w:r>
        <w:t xml:space="preserve">3. BEYAN 1: Yetim aylığı veya nafaka dışında, asgari ücret düzeyinde gelirim [BULUNMAMAKTADIR / BULUNMAKTADIR].</w:t>
      </w:r>
    </w:p>
    <w:p>
      <w:pPr>
        <w:spacing w:after="120"/>
        <w:jc w:val="both"/>
      </w:pPr>
      <w:r>
        <w:t xml:space="preserve">4. BEYAN 2: Hakkımda verilmiş disiplin cezası bulunmamaktadır ve kayıt dondurma talebim yoktur. Normal öğrenim süresi içindeyim. [dosya bazında teyit edilmelidir]</w:t>
      </w:r>
    </w:p>
    <w:p>
      <w:pPr>
        <w:spacing w:after="120"/>
        <w:jc w:val="both"/>
      </w:pPr>
      <w:r>
        <w:t xml:space="preserve">5. BEYAN 3: Yabancı uyruklu öğrenci [DEĞİLİM / İM]. Ders programım ile çalışma saatlerim çakışmayacaktır; ders programım ektedir.</w:t>
      </w:r>
    </w:p>
    <w:p>
      <w:pPr>
        <w:spacing w:after="120"/>
        <w:jc w:val="both"/>
      </w:pPr>
      <w:r>
        <w:t xml:space="preserve">6. GELİR DURUMU VE ÖNCELİK: [ŞEHİT/GAZİ YAKINI / ENGELLİ / AİLE GELİR DURUMU / BARINMA DURUMU] nedeniyle önceliklendirilme talebim vardır; belgeler eklidir.</w:t>
      </w:r>
    </w:p>
    <w:p>
      <w:pPr>
        <w:spacing w:after="120"/>
        <w:jc w:val="both"/>
      </w:pPr>
      <w:r>
        <w:t xml:space="preserve">7. BECERİ VE DENEYİM: [BİLGİSAYAR / YABANCI DİL / LABORATUVAR / ARŞİV / KÜTÜPHANE] alanlarında deneyimim bulunmaktadır.</w:t>
      </w:r>
    </w:p>
    <w:p>
      <w:pPr>
        <w:spacing w:after="120"/>
        <w:jc w:val="both"/>
      </w:pPr>
      <w:r>
        <w:t xml:space="preserve">8. Kısmi zamanlı çalışmanın haftalık azami çalışma süresi ile ücretinin mevzuatta belirlendiğini; bu çalışmanın işçi sayılmama sonucu doğurmayacağını bilerek başvuruyorum.</w:t>
      </w:r>
    </w:p>
    <w:p>
      <w:pPr>
        <w:spacing w:before="200" w:after="80"/>
      </w:pPr>
      <w:r>
        <w:rPr>
          <w:b/>
          <w:sz w:val="22"/>
        </w:rPr>
        <w:t xml:space="preserve">HUKUKİ DAYANAK</w:t>
      </w:r>
    </w:p>
    <w:p>
      <w:pPr>
        <w:jc w:val="both"/>
      </w:pPr>
      <w:r>
        <w:t xml:space="preserve">2547 sayılı Kanun m.46/son (kısmi zamanlı öğrenci çalıştırma); Yükseköğretim Kurumları Kısmi Zamanlı Öğrenci Çalıştırma Usul ve Esasları; 5510 sayılı Kanun m.5/b. Haftalık süre ve ücret her yıl güncellenir [dosya bazında teyit edilmelidir].</w:t>
      </w:r>
    </w:p>
    <w:p>
      <w:pPr>
        <w:spacing w:before="200" w:after="80"/>
      </w:pPr>
      <w:r>
        <w:rPr>
          <w:b/>
          <w:sz w:val="22"/>
        </w:rPr>
        <w:t xml:space="preserve">SONUÇ VE TALEP</w:t>
      </w:r>
    </w:p>
    <w:p>
      <w:pPr>
        <w:jc w:val="both"/>
      </w:pPr>
      <w:r>
        <w:t xml:space="preserve">Kısmi zamanlı öğrenci olarak çalışma başvurumun değerlendirilmesine ve tercih ettiğim birimlerden birinde görevlendirilmeme karar verilmesini saygılarımla arz ederim.</w:t>
      </w:r>
    </w:p>
    <w:p>
      <w:pPr>
        <w:spacing w:before="200" w:after="80"/>
      </w:pPr>
      <w:r>
        <w:rPr>
          <w:b/>
          <w:sz w:val="22"/>
        </w:rPr>
        <w:t xml:space="preserve">EKLER</w:t>
      </w:r>
    </w:p>
    <w:p>
      <w:pPr>
        <w:spacing w:after="0"/>
      </w:pPr>
      <w:r>
        <w:t xml:space="preserve">1. Öğrenci belgesi ve transkript.</w:t>
      </w:r>
    </w:p>
    <w:p>
      <w:pPr>
        <w:spacing w:after="0"/>
      </w:pPr>
      <w:r>
        <w:t xml:space="preserve">2. Ders programı.</w:t>
      </w:r>
    </w:p>
    <w:p>
      <w:pPr>
        <w:spacing w:after="0"/>
      </w:pPr>
      <w:r>
        <w:t xml:space="preserve">3. Gelir durumu ve öncelik belgeleri.</w:t>
      </w:r>
    </w:p>
    <w:p>
      <w:pPr>
        <w:spacing w:after="0"/>
      </w:pPr>
      <w:r>
        <w:t xml:space="preserve">4. Disiplin durum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