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anabilim dalı kurulu görüşüyle</w:t>
            </w:r>
          </w:p>
          <w:p>
            <w:pPr>
              <w:spacing w:after="40"/>
            </w:pPr>
            <w:r>
              <w:rPr>
                <w:sz w:val="18"/>
              </w:rPr>
              <w:t xml:space="preserve">Süre          : Programa kayıt yaptırılan ilk dönemin ders ekleme-bırakma süresi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Daha önce alınan lisansüstü derslerin programıma saydırılması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[ENSTİTÜ] [ANABİLİM DALI] [PROGRAM] programına [KAYIT TARİHİ] tarihinde kayıt yaptırdım.</w:t>
      </w:r>
    </w:p>
    <w:p>
      <w:pPr>
        <w:spacing w:after="120"/>
        <w:jc w:val="both"/>
      </w:pPr>
      <w:r>
        <w:t xml:space="preserve">2. Daha önce [ÜNİVERSİTE] [ENSTİTÜ] bünyesinde [PROGRAM] programında / özel öğrenci statüsünde [DÖNEM] döneminde lisansüstü dersler aldım. Transkriptim ektedir.</w:t>
      </w:r>
    </w:p>
    <w:p>
      <w:pPr>
        <w:spacing w:after="120"/>
        <w:jc w:val="both"/>
      </w:pPr>
      <w:r>
        <w:t xml:space="preserve">3. SAYDIRILMASI İSTENEN DERSLER: [1] [DERS KODU — DERS ADI — KREDİ/AKTS — NOT]; [2] [DERS KODU — DERS ADI — KREDİ/AKTS — NOT]; [3] [DERS KODU — DERS ADI — KREDİ/AKTS — NOT].</w:t>
      </w:r>
    </w:p>
    <w:p>
      <w:pPr>
        <w:spacing w:after="120"/>
        <w:jc w:val="both"/>
      </w:pPr>
      <w:r>
        <w:t xml:space="preserve">4. KARŞILIK GELEN DERSLER: Programımdaki [DERS KODU — DERS ADI] dersleri yerine saydırılmasını talep ederim. Ders içerikleri karşılaştırma tablosu ektedir.</w:t>
      </w:r>
    </w:p>
    <w:p>
      <w:pPr>
        <w:spacing w:after="120"/>
        <w:jc w:val="both"/>
      </w:pPr>
      <w:r>
        <w:t xml:space="preserve">5. Saydırılması istenen derslerin başarı notları, enstitünün öngördüğü asgari başarı notunun üzerindedir ve dersler son [SÜRE] yıl içinde alınmıştır. [dosya bazında teyit edilmelidir]</w:t>
      </w:r>
    </w:p>
    <w:p>
      <w:pPr>
        <w:spacing w:after="120"/>
        <w:jc w:val="both"/>
      </w:pPr>
      <w:r>
        <w:t xml:space="preserve">6. Söz konusu dersler başka bir programdan mezuniyette kullanılmamıştır; buna ilişkin beyanım ektedir.</w:t>
      </w:r>
    </w:p>
    <w:p>
      <w:pPr>
        <w:spacing w:after="120"/>
        <w:jc w:val="both"/>
      </w:pPr>
      <w:r>
        <w:t xml:space="preserve">7. Saydırma sonucunda azami öğrenim süremin ve ders yükümlülüğümün nasıl etkileneceğinin yazılı olarak bildirilmesini talep ederim.</w:t>
      </w:r>
    </w:p>
    <w:p>
      <w:pPr>
        <w:spacing w:before="200" w:after="80"/>
      </w:pPr>
      <w:r>
        <w:rPr>
          <w:b/>
          <w:sz w:val="22"/>
        </w:rPr>
        <w:t xml:space="preserve">HUKUKİ DAYANAK</w:t>
      </w:r>
    </w:p>
    <w:p>
      <w:pPr>
        <w:jc w:val="both"/>
      </w:pPr>
      <w:r>
        <w:t xml:space="preserve">Lisansüstü Eğitim ve Öğretim Yönetmeliği (ders saydırma ve özel öğrencilik hükümleri); 2547 sayılı Kanun m.65; üniversitenin lisansüstü yönetmeliği. Saydırılabilecek azami kredi oranı yönetmelikle sınırlandırılmıştır [dosya bazında teyit edilmelidir].</w:t>
      </w:r>
    </w:p>
    <w:p>
      <w:pPr>
        <w:spacing w:before="200" w:after="80"/>
      </w:pPr>
      <w:r>
        <w:rPr>
          <w:b/>
          <w:sz w:val="22"/>
        </w:rPr>
        <w:t xml:space="preserve">SONUÇ VE TALEP</w:t>
      </w:r>
    </w:p>
    <w:p>
      <w:pPr>
        <w:jc w:val="both"/>
      </w:pPr>
      <w:r>
        <w:t xml:space="preserve">Belirtilen derslerin programıma saydırılmasına ve ders yükümlülüğümün buna göre güncellenmesine karar verilmesini saygılarımla arz ederim.</w:t>
      </w:r>
    </w:p>
    <w:p>
      <w:pPr>
        <w:spacing w:before="200" w:after="80"/>
      </w:pPr>
      <w:r>
        <w:rPr>
          <w:b/>
          <w:sz w:val="22"/>
        </w:rPr>
        <w:t xml:space="preserve">EKLER</w:t>
      </w:r>
    </w:p>
    <w:p>
      <w:pPr>
        <w:spacing w:after="0"/>
      </w:pPr>
      <w:r>
        <w:t xml:space="preserve">1. Önceki programa ait transkript.</w:t>
      </w:r>
    </w:p>
    <w:p>
      <w:pPr>
        <w:spacing w:after="0"/>
      </w:pPr>
      <w:r>
        <w:t xml:space="preserve">2. Ders içerikleri ve karşılaştırma tablosu.</w:t>
      </w:r>
    </w:p>
    <w:p>
      <w:pPr>
        <w:spacing w:after="0"/>
      </w:pPr>
      <w:r>
        <w:t xml:space="preserve">3. Mezuniyette kullanılmadığına dair beyan.</w:t>
      </w:r>
    </w:p>
    <w:p>
      <w:pPr>
        <w:spacing w:after="0"/>
      </w:pPr>
      <w:r>
        <w:t xml:space="preserve">4. Danışman görüşü.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