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Enstitü müdürlüğü — anabilim dalı kurulu görüşüyle</w:t>
            </w:r>
          </w:p>
          <w:p>
            <w:pPr>
              <w:spacing w:after="40"/>
            </w:pPr>
            <w:r>
              <w:rPr>
                <w:sz w:val="18"/>
              </w:rPr>
              <w:t xml:space="preserve">Süre          : Bilimsel hazırlık kararının tebliğinden itibaren, ders kaydı döneminde.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[ENSTİTÜ] MÜDÜRLÜĞÜNE</w:t>
      </w:r>
    </w:p>
    <w:p>
      <w:pPr>
        <w:spacing w:after="200"/>
      </w:pPr>
      <w:r>
        <w:rPr>
          <w:b/>
        </w:rPr>
        <w:t xml:space="preserve">KONU : </w:t>
      </w:r>
      <w:r>
        <w:t xml:space="preserve">Bilimsel hazırlık programından kısmen veya tamamen muaf tutulmam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[ENSTİTÜ] — [ANABİLİM DALI] — [YÜKSEK LİSANS / DOKTORA]</w:t>
      </w:r>
    </w:p>
    <w:p>
      <w:pPr>
        <w:spacing w:after="0"/>
      </w:pPr>
      <w:r>
        <w:t xml:space="preserve">Danışman        : [UNVAN AD SOYAD]</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[ENSTİTÜ] [ANABİLİM DALI] [PROGRAM] programına kabul edildim. Enstitü yönetim kurulunun [KARAR TARİHİ] tarihli kararıyla [SAYI] dersten oluşan bilimsel hazırlık programına tabi tutuldum.</w:t>
      </w:r>
    </w:p>
    <w:p>
      <w:pPr>
        <w:spacing w:after="120"/>
        <w:jc w:val="both"/>
      </w:pPr>
      <w:r>
        <w:t xml:space="preserve">2. MUAFİYET İSTENEN DERSLER: [1] [DERS ADI], [2] [DERS ADI], [3] [DERS ADI].</w:t>
      </w:r>
    </w:p>
    <w:p>
      <w:pPr>
        <w:spacing w:after="120"/>
        <w:jc w:val="both"/>
      </w:pPr>
      <w:r>
        <w:t xml:space="preserve">3. GEREKÇE 1 — LİSANS ÖĞRENİMİ: Lisans öğrenimim sırasında [ÜNİVERSİTE] [BÖLÜM] programında [DERS ADI — KREDİ — NOT] derslerini aldım; içerik olarak bilimsel hazırlık derslerini karşılamaktadır. Karşılaştırma tablosu ektedir.</w:t>
      </w:r>
    </w:p>
    <w:p>
      <w:pPr>
        <w:spacing w:after="120"/>
        <w:jc w:val="both"/>
      </w:pPr>
      <w:r>
        <w:t xml:space="preserve">4. GEREKÇE 2 — ÖNCEKİ LİSANSÜSTÜ ÖĞRENİM: [ÜNİVERSİTE] bünyesinde tamamladığım [PROGRAM] programında ilgili dersleri aldım. [dosya bazında teyit edilmelidir]</w:t>
      </w:r>
    </w:p>
    <w:p>
      <w:pPr>
        <w:spacing w:after="120"/>
        <w:jc w:val="both"/>
      </w:pPr>
      <w:r>
        <w:t xml:space="preserve">5. GEREKÇE 3 — MESLEKİ DENEYİM: [KURUM] bünyesinde [SÜRE] süreyle [ALAN] alanında çalıştım; belgelerim ektedir.</w:t>
      </w:r>
    </w:p>
    <w:p>
      <w:pPr>
        <w:spacing w:after="120"/>
        <w:jc w:val="both"/>
      </w:pPr>
      <w:r>
        <w:t xml:space="preserve">6. Bilimsel hazırlık süresinin azami bir yıl olduğunu ve bu sürenin programın azami süresine dâhil edilmediğini; muafiyet sağlanmaması hâlinde programa bu ek yükle devam edeceğimi bilmekteyim.</w:t>
      </w:r>
    </w:p>
    <w:p>
      <w:pPr>
        <w:spacing w:after="120"/>
        <w:jc w:val="both"/>
      </w:pPr>
      <w:r>
        <w:t xml:space="preserve">7. Anabilim dalı başkanlığının ve danışmanımın görüşleri ekte sunulmuştur.</w:t>
      </w:r>
    </w:p>
    <w:p>
      <w:pPr>
        <w:spacing w:before="200" w:after="80"/>
      </w:pPr>
      <w:r>
        <w:rPr>
          <w:b/>
          <w:sz w:val="22"/>
        </w:rPr>
        <w:t xml:space="preserve">HUKUKİ DAYANAK</w:t>
      </w:r>
    </w:p>
    <w:p>
      <w:pPr>
        <w:jc w:val="both"/>
      </w:pPr>
      <w:r>
        <w:t xml:space="preserve">Lisansüstü Eğitim ve Öğretim Yönetmeliği (bilimsel hazırlık programı hükümleri); 2547 sayılı Kanun m.65; üniversitenin lisansüstü yönetmeliği [dosya bazında teyit edilmelidir].</w:t>
      </w:r>
    </w:p>
    <w:p>
      <w:pPr>
        <w:spacing w:before="200" w:after="80"/>
      </w:pPr>
      <w:r>
        <w:rPr>
          <w:b/>
          <w:sz w:val="22"/>
        </w:rPr>
        <w:t xml:space="preserve">SONUÇ VE TALEP</w:t>
      </w:r>
    </w:p>
    <w:p>
      <w:pPr>
        <w:jc w:val="both"/>
      </w:pPr>
      <w:r>
        <w:t xml:space="preserve">Bilimsel hazırlık programındaki derslerden [KISMEN / TAMAMEN] muaf tutulmama karar verilmesini saygılarımla arz ederim.</w:t>
      </w:r>
    </w:p>
    <w:p>
      <w:pPr>
        <w:spacing w:before="200" w:after="80"/>
      </w:pPr>
      <w:r>
        <w:rPr>
          <w:b/>
          <w:sz w:val="22"/>
        </w:rPr>
        <w:t xml:space="preserve">EKLER</w:t>
      </w:r>
    </w:p>
    <w:p>
      <w:pPr>
        <w:spacing w:after="0"/>
      </w:pPr>
      <w:r>
        <w:t xml:space="preserve">1. Lisans/lisansüstü transkriptleri.</w:t>
      </w:r>
    </w:p>
    <w:p>
      <w:pPr>
        <w:spacing w:after="0"/>
      </w:pPr>
      <w:r>
        <w:t xml:space="preserve">2. Ders içerikleri ve karşılaştırma tablosu.</w:t>
      </w:r>
    </w:p>
    <w:p>
      <w:pPr>
        <w:spacing w:after="0"/>
      </w:pPr>
      <w:r>
        <w:t xml:space="preserve">3. Bilimsel hazırlık kararı.</w:t>
      </w:r>
    </w:p>
    <w:p>
      <w:pPr>
        <w:spacing w:after="0"/>
      </w:pPr>
      <w:r>
        <w:t xml:space="preserve">4. Mesleki deneyim belgeleri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