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Üniversitenin ilgili etik kurulu</w:t>
            </w:r>
          </w:p>
          <w:p>
            <w:pPr>
              <w:spacing w:after="40"/>
            </w:pPr>
            <w:r>
              <w:rPr>
                <w:sz w:val="18"/>
              </w:rPr>
              <w:t xml:space="preserve">Süre          : Etik kurul başvurusu ile birlikte sunulur.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ETİK KURULU BAŞKANLIĞINA</w:t>
      </w:r>
    </w:p>
    <w:p>
      <w:pPr>
        <w:spacing w:after="200"/>
      </w:pPr>
      <w:r>
        <w:rPr>
          <w:b/>
        </w:rPr>
        <w:t xml:space="preserve">KONU : </w:t>
      </w:r>
      <w:r>
        <w:t xml:space="preserve">[ARAŞTIRMA BAŞLIĞI] başlıklı araştırmaya ilişkin taahhüt ve çıkar çatışması beyanımdır.</w:t>
      </w:r>
    </w:p>
    <w:p>
      <w:pPr>
        <w:spacing w:before="200" w:after="80"/>
      </w:pPr>
      <w:r>
        <w:rPr>
          <w:b/>
          <w:sz w:val="22"/>
        </w:rPr>
        <w:t xml:space="preserve">BEYANDA BULUNAN ARAŞTIRMACI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TAAHHÜT VE BEYANLAR</w:t>
      </w:r>
    </w:p>
    <w:p>
      <w:pPr>
        <w:spacing w:after="120"/>
        <w:jc w:val="both"/>
      </w:pPr>
      <w:r>
        <w:t xml:space="preserve">1. Araştırmayı, etik kurula sunduğum önerideki amaç, yöntem, örneklem ve veri toplama araçlarına uygun biçimde yürüteceğimi; önemli bir değişiklik gerektiğinde önceden kurul onayı alacağımı taahhüt ederim.</w:t>
      </w:r>
    </w:p>
    <w:p>
      <w:pPr>
        <w:spacing w:after="120"/>
        <w:jc w:val="both"/>
      </w:pPr>
      <w:r>
        <w:t xml:space="preserve">2. Veri toplamaya etik kurul onayından ÖNCE başlamadığımı / başlamayacağımı; onay öncesi toplanmış veri bulunmadığını beyan ederim. [dosya bazında teyit edilmelidir]</w:t>
      </w:r>
    </w:p>
    <w:p>
      <w:pPr>
        <w:spacing w:after="120"/>
        <w:jc w:val="both"/>
      </w:pPr>
      <w:r>
        <w:t xml:space="preserve">3. Katılımcılardan Bilgilendirilmiş Gönüllü Olur Formu ile yazılı onam alacağımı; katılımcıların gönüllülük esasına dayalı olarak ve istedikleri anda gerekçesiz çekilebileceklerini bilerek katılacaklarını taahhüt ederim.</w:t>
      </w:r>
    </w:p>
    <w:p>
      <w:pPr>
        <w:spacing w:after="120"/>
        <w:jc w:val="both"/>
      </w:pPr>
      <w:r>
        <w:t xml:space="preserve">4. Kişisel verileri 6698 sayılı Kanuna uygun olarak işleyeceğimi; verileri anonimleştirerek veya kodlayarak saklayacağımı, üçüncü kişilerle paylaşmayacağımı ve öngörülen süre sonunda imha edeceğimi taahhüt ederim.</w:t>
      </w:r>
    </w:p>
    <w:p>
      <w:pPr>
        <w:spacing w:after="120"/>
        <w:jc w:val="both"/>
      </w:pPr>
      <w:r>
        <w:t xml:space="preserve">5. Araştırma verilerini çarpıtmayacağımı, uydurmayacağımı, seçici raporlama yapmayacağımı; elde edilen bulguları olduğu gibi raporlayacağımı taahhüt ederim.</w:t>
      </w:r>
    </w:p>
    <w:p>
      <w:pPr>
        <w:spacing w:after="120"/>
        <w:jc w:val="both"/>
      </w:pPr>
      <w:r>
        <w:t xml:space="preserve">6. ÇIKAR ÇATIŞMASI BEYANI: Araştırmanın konusu, yöntemi veya sonuçları ile ilgili olarak benim, eşimin veya birinci derece yakınlarımın malî veya kişisel çıkarı [BULUNMAMAKTADIR / BULUNMAKTADIR — AÇIKLAMA].</w:t>
      </w:r>
    </w:p>
    <w:p>
      <w:pPr>
        <w:spacing w:after="120"/>
        <w:jc w:val="both"/>
      </w:pPr>
      <w:r>
        <w:t xml:space="preserve">7. MALÎ DESTEK BEYANI: Araştırma [DESTEKSİZDİR / [KURUM] tarafından [PROJE NO] numarasıyla desteklenmektedir]. Destekleyici kuruluşun araştırma tasarımı, veri analizi ve yayın kararı üzerinde etkisi [YOKTUR / VARDIR — AÇIKLAMA].</w:t>
      </w:r>
    </w:p>
    <w:p>
      <w:pPr>
        <w:spacing w:after="120"/>
        <w:jc w:val="both"/>
      </w:pPr>
      <w:r>
        <w:t xml:space="preserve">8. ÖĞRENCİ KATILIMI: Katılımcılar arasında kendi öğrencilerim [BULUNMAMAKTADIR / BULUNMAKTADIR]. Bulunuyorsa, katılımın not ve değerlendirme süreçlerinden bağımsız olduğunu ve katılmamanın hiçbir olumsuz sonuç doğurmayacağını taahhüt ederim.</w:t>
      </w:r>
    </w:p>
    <w:p>
      <w:pPr>
        <w:spacing w:after="120"/>
        <w:jc w:val="both"/>
      </w:pPr>
      <w:r>
        <w:t xml:space="preserve">9. Yukarıdaki beyanların gerçeğe aykırı olması hâlinde, Yükseköğretim Kurumları Bilimsel Araştırma ve Yayın Etiği Yönergesi ile disiplin mevzuatı çerçevesinde sorumluluğumun doğacağını kabul ederim.</w:t>
      </w:r>
    </w:p>
    <w:p>
      <w:pPr>
        <w:spacing w:before="200" w:after="80"/>
      </w:pPr>
      <w:r>
        <w:rPr>
          <w:b/>
          <w:sz w:val="22"/>
        </w:rPr>
        <w:t xml:space="preserve">HUKUKİ DAYANAK</w:t>
      </w:r>
    </w:p>
    <w:p>
      <w:pPr>
        <w:jc w:val="both"/>
      </w:pPr>
      <w:r>
        <w:t xml:space="preserve">Yükseköğretim Kurumları Bilimsel Araştırma ve Yayın Etiği Yönergesi; üniversitenin etik kurul yönergesi; 6698 sayılı Kanun; 2547 sayılı Kanun m.53 [dosya bazında teyit edilmelidir].</w:t>
      </w:r>
    </w:p>
    <w:p>
      <w:pPr>
        <w:spacing w:before="200" w:after="80"/>
      </w:pPr>
      <w:r>
        <w:rPr>
          <w:b/>
          <w:sz w:val="22"/>
        </w:rPr>
        <w:t xml:space="preserve">SONUÇ VE TALEP</w:t>
      </w:r>
    </w:p>
    <w:p>
      <w:pPr>
        <w:jc w:val="both"/>
      </w:pPr>
      <w:r>
        <w:t xml:space="preserve">Yukarıdaki taahhüt ve beyanlarımın etik kurul başvuru dosyama eklenmesini saygılarımla arz ederim.</w:t>
      </w:r>
    </w:p>
    <w:p>
      <w:pPr>
        <w:spacing w:before="200" w:after="80"/>
      </w:pPr>
      <w:r>
        <w:rPr>
          <w:b/>
          <w:sz w:val="22"/>
        </w:rPr>
        <w:t xml:space="preserve">EKLER</w:t>
      </w:r>
    </w:p>
    <w:p>
      <w:pPr>
        <w:spacing w:after="0"/>
      </w:pPr>
      <w:r>
        <w:t xml:space="preserve">1. Etik kurul başvuru formu.</w:t>
      </w:r>
    </w:p>
    <w:p>
      <w:pPr>
        <w:spacing w:after="0"/>
      </w:pPr>
      <w:r>
        <w:t xml:space="preserve">2. Araştırma önerisi.</w:t>
      </w:r>
    </w:p>
    <w:p>
      <w:pPr>
        <w:spacing w:after="0"/>
      </w:pPr>
      <w:r>
        <w:t xml:space="preserve">3. Destek belgesi (varsa).</w:t>
      </w:r>
    </w:p>
    <w:p>
      <w:r/>
    </w:p>
    <w:p>
      <w:pPr>
        <w:spacing w:after="0"/>
        <w:jc w:val="right"/>
      </w:pPr>
      <w:r>
        <w:t xml:space="preserve">Tarih : [GÜN/AY/YIL]</w:t>
      </w:r>
    </w:p>
    <w:p>
      <w:pPr>
        <w:spacing w:after="0"/>
        <w:jc w:val="right"/>
      </w:pPr>
      <w:r>
        <w:t xml:space="preserve">Sorumlu Araştırmacı</w:t>
      </w:r>
    </w:p>
    <w:p>
      <w:pPr>
        <w:spacing w:after="0"/>
        <w:jc w:val="right"/>
      </w:pPr>
      <w:r>
        <w:t xml:space="preserve">[UNVAN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