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Araştırmayı yürüten ekip (etik kurul dosyasında saklanır)</w:t>
            </w:r>
          </w:p>
          <w:p>
            <w:pPr>
              <w:spacing w:after="40"/>
            </w:pPr>
            <w:r>
              <w:rPr>
                <w:sz w:val="18"/>
              </w:rPr>
              <w:t xml:space="preserve">Süre          : Çocuk araştırmaya dâhil edilmeden ÖNCE imzalanmalıdır.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[ARAŞTIRMA EKİBİNE / [ÜNİVERSİTE] ETİK KURULU DOSYASINA]</w:t>
      </w:r>
    </w:p>
    <w:p>
      <w:pPr>
        <w:spacing w:after="200"/>
      </w:pPr>
      <w:r>
        <w:rPr>
          <w:b/>
        </w:rPr>
        <w:t xml:space="preserve">KONU : </w:t>
      </w:r>
      <w:r>
        <w:t xml:space="preserve">Velisi/vasisi bulunduğum çocuğun araştırmaya katılımına ilişkin izin beyanımdır.</w:t>
      </w:r>
    </w:p>
    <w:p>
      <w:pPr>
        <w:spacing w:before="200" w:after="80"/>
      </w:pPr>
      <w:r>
        <w:rPr>
          <w:b/>
          <w:sz w:val="22"/>
        </w:rPr>
        <w:t xml:space="preserve">VELİ / VASİ VE ÇOCUK BİLGİLERİ</w:t>
      </w:r>
    </w:p>
    <w:p>
      <w:pPr>
        <w:spacing w:after="0"/>
      </w:pPr>
      <w:r>
        <w:t xml:space="preserve">Veli / Vasi     : [AD SOYAD] — T.C. [KİMLİK NO]</w:t>
      </w:r>
    </w:p>
    <w:p>
      <w:pPr>
        <w:spacing w:after="0"/>
      </w:pPr>
      <w:r>
        <w:t xml:space="preserve">Yakınlık        : [Anne / Baba / Vasi]</w:t>
      </w:r>
    </w:p>
    <w:p>
      <w:pPr>
        <w:spacing w:after="0"/>
      </w:pPr>
      <w:r>
        <w:t xml:space="preserve">Çocuğun Adı     : [AD SOYAD] — Doğum Tarihi [GÜN/AY/YIL]</w:t>
      </w:r>
    </w:p>
    <w:p>
      <w:pPr>
        <w:spacing w:after="0"/>
      </w:pPr>
      <w:r>
        <w:t xml:space="preserve">Okul / Sınıf    : [OKUL] — [SINIF]</w:t>
      </w:r>
    </w:p>
    <w:p>
      <w:pPr>
        <w:spacing w:after="0"/>
      </w:pPr>
      <w:r>
        <w:t xml:space="preserve">Adres / Telefon : [ADRES] — [TELEFON]</w:t>
      </w:r>
    </w:p>
    <w:p>
      <w:pPr>
        <w:spacing w:after="0"/>
      </w:pPr>
      <w:r>
        <w:t xml:space="preserve">Araştırma       : [ARAŞTIRMA BAŞLIĞI]</w:t>
      </w:r>
    </w:p>
    <w:p>
      <w:pPr>
        <w:spacing w:before="200" w:after="80"/>
      </w:pPr>
      <w:r>
        <w:rPr>
          <w:b/>
          <w:sz w:val="22"/>
        </w:rPr>
        <w:t xml:space="preserve">BİLGİLENDİRME VE İZİN</w:t>
      </w:r>
    </w:p>
    <w:p>
      <w:pPr>
        <w:spacing w:after="120"/>
        <w:jc w:val="both"/>
      </w:pPr>
      <w:r>
        <w:t xml:space="preserve">1. Araştırmanın amacı bana [YAZILI / SÖZLÜ] olarak açıklanmıştır: [AMAÇ — sade dille, tıbbî ve teknik terim kullanılmadan].</w:t>
      </w:r>
    </w:p>
    <w:p>
      <w:pPr>
        <w:spacing w:after="120"/>
        <w:jc w:val="both"/>
      </w:pPr>
      <w:r>
        <w:t xml:space="preserve">2. Çocuğumdan istenecekler: [ ] Anket/ölçek doldurma ([SÜRE] dakika)  [ ] Görüşme  [ ] Gözlem  [ ] Ses/görüntü kaydı  [ ] Test uygulaması. Uygulama yeri ve zamanı: [YER / ZAMAN].</w:t>
      </w:r>
    </w:p>
    <w:p>
      <w:pPr>
        <w:spacing w:after="120"/>
        <w:jc w:val="both"/>
      </w:pPr>
      <w:r>
        <w:t xml:space="preserve">3. Katılımın tamamen gönüllü olduğu; çocuğumun veya benim istediğimiz anda gerekçe göstermeksizin katılımdan çekilebileceğimiz; çekilmenin çocuğumun okul başarısı, notu veya öğretmenleriyle ilişkisi üzerinde hiçbir olumsuz sonuç doğurmayacağı bana açıklanmıştır. [dosya bazında teyit edilmelidir]</w:t>
      </w:r>
    </w:p>
    <w:p>
      <w:pPr>
        <w:spacing w:after="120"/>
        <w:jc w:val="both"/>
      </w:pPr>
      <w:r>
        <w:t xml:space="preserve">4. Araştırmanın çocuğuma bilinen bir fiziksel riski bulunmadığı; olası rahatsızlık hâlinde uygulamanın derhâl durdurulacağı açıklanmıştır.</w:t>
      </w:r>
    </w:p>
    <w:p>
      <w:pPr>
        <w:spacing w:after="120"/>
        <w:jc w:val="both"/>
      </w:pPr>
      <w:r>
        <w:t xml:space="preserve">5. Toplanan bilgilerin gizli tutulacağı, çocuğumun adının hiçbir yerde kullanılmayacağı, verilerin kodlanarak/anonimleştirilerek saklanacağı ve yalnızca bilimsel amaçla, toplu hâlde raporlanacağı bana bildirilmiştir.</w:t>
      </w:r>
    </w:p>
    <w:p>
      <w:pPr>
        <w:spacing w:after="120"/>
        <w:jc w:val="both"/>
      </w:pPr>
      <w:r>
        <w:t xml:space="preserve">6. Verilerin [SÜRE] süreyle saklanacağı ve sonrasında imha edileceği; 6698 sayılı Kanun kapsamındaki haklarımı [İLETİŞİM] üzerinden kullanabileceğim açıklanmıştır.</w:t>
      </w:r>
    </w:p>
    <w:p>
      <w:pPr>
        <w:spacing w:after="120"/>
        <w:jc w:val="both"/>
      </w:pPr>
      <w:r>
        <w:t xml:space="preserve">7. ÇOCUĞUN RIZASI (ASSENT): Çocuğuma da yaşına uygun bir dille açıklama yapılmış olup, katılmak [İSTEMEKTEDİR / İSTEMEMEKTEDİR].</w:t>
      </w:r>
    </w:p>
    <w:p>
      <w:pPr>
        <w:spacing w:after="120"/>
        <w:jc w:val="both"/>
      </w:pPr>
      <w:r>
        <w:t xml:space="preserve">8. Yukarıdaki açıklamaları okudum ve anladım. Hiçbir baskı altında kalmadan, kendi hür irademle çocuğumun bu araştırmaya katılmasına [İZİN VERİYORUM / İZİN VERMİYORUM]. Ses/görüntü kaydı alınmasına [İZİN VERİYORUM / İZİN VERMİYORUM].</w:t>
      </w:r>
    </w:p>
    <w:p>
      <w:pPr>
        <w:spacing w:before="200" w:after="80"/>
      </w:pPr>
      <w:r>
        <w:rPr>
          <w:b/>
          <w:sz w:val="22"/>
        </w:rPr>
        <w:t xml:space="preserve">HUKUKİ DAYANAK</w:t>
      </w:r>
    </w:p>
    <w:p>
      <w:pPr>
        <w:jc w:val="both"/>
      </w:pPr>
      <w:r>
        <w:t xml:space="preserve">4721 sayılı Türk Medeni Kanunu (velayet ve vesayet hükümleri); 6698 sayılı Kanun m.5, 6; Yükseköğretim Kurumları Bilimsel Araştırma ve Yayın Etiği Yönergesi; Çocuk Haklarına Dair Sözleşme m.12 [dosya bazında teyit edilmelidir].</w:t>
      </w:r>
    </w:p>
    <w:p>
      <w:pPr>
        <w:spacing w:before="200" w:after="80"/>
      </w:pPr>
      <w:r>
        <w:rPr>
          <w:b/>
          <w:sz w:val="22"/>
        </w:rPr>
        <w:t xml:space="preserve">SONUÇ VE TALEP</w:t>
      </w:r>
    </w:p>
    <w:p>
      <w:pPr>
        <w:jc w:val="both"/>
      </w:pPr>
      <w:r>
        <w:t xml:space="preserve">İşbu belge iki nüsha düzenlenmiş olup, bir nüshası tarafıma verilmiştir.</w:t>
      </w:r>
    </w:p>
    <w:p>
      <w:pPr>
        <w:spacing w:before="200" w:after="80"/>
      </w:pPr>
      <w:r>
        <w:rPr>
          <w:b/>
          <w:sz w:val="22"/>
        </w:rPr>
        <w:t xml:space="preserve">EKLER</w:t>
      </w:r>
    </w:p>
    <w:p>
      <w:pPr>
        <w:spacing w:after="0"/>
      </w:pPr>
      <w:r>
        <w:t xml:space="preserve">1. Katılımcı bilgilendirme metni.</w:t>
      </w:r>
    </w:p>
    <w:p>
      <w:pPr>
        <w:spacing w:after="0"/>
      </w:pPr>
      <w:r>
        <w:t xml:space="preserve">2. Veri toplama aracı örneği.</w:t>
      </w:r>
    </w:p>
    <w:p>
      <w:pPr>
        <w:spacing w:after="0"/>
      </w:pPr>
      <w:r>
        <w:t xml:space="preserve">3. Kurum (okul) izin yazısı.</w:t>
      </w:r>
    </w:p>
    <w:p>
      <w:r/>
    </w:p>
    <w:p>
      <w:pPr>
        <w:spacing w:after="0"/>
        <w:jc w:val="right"/>
      </w:pPr>
      <w:r>
        <w:t xml:space="preserve">Tarih : [GÜN/AY/YIL]</w:t>
      </w:r>
    </w:p>
    <w:p>
      <w:pPr>
        <w:spacing w:after="0"/>
        <w:jc w:val="right"/>
      </w:pPr>
      <w:r>
        <w:t xml:space="preserve">Veli/Vasi — Araştırmacı</w:t>
      </w:r>
    </w:p>
    <w:p>
      <w:pPr>
        <w:spacing w:after="0"/>
        <w:jc w:val="right"/>
      </w:pPr>
      <w:r>
        <w:t xml:space="preserve">Ad Soyad — 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