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Ölçeği geliştiren veya Türkçeye uyarlayan araştırmacı / hak sahibi yayıncı</w:t>
            </w:r>
          </w:p>
          <w:p>
            <w:pPr>
              <w:spacing w:after="40"/>
            </w:pPr>
            <w:r>
              <w:rPr>
                <w:sz w:val="18"/>
              </w:rPr>
              <w:t xml:space="preserve">Süre          : Etik kurul başvurusundan önce alınmalıdır.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SAYIN [UNVAN AD SOYAD]</w:t>
      </w:r>
    </w:p>
    <w:p>
      <w:pPr>
        <w:spacing w:before="0" w:after="320"/>
        <w:jc w:val="center"/>
      </w:pPr>
      <w:r>
        <w:rPr>
          <w:sz w:val="22"/>
        </w:rPr>
        <w:t xml:space="preserve">([ÖLÇEĞİ GELİŞTİREN / UYARLAYAN ARAŞTIRMACI])</w:t>
      </w:r>
    </w:p>
    <w:p>
      <w:pPr>
        <w:spacing w:after="200"/>
      </w:pPr>
      <w:r>
        <w:rPr>
          <w:b/>
        </w:rPr>
        <w:t xml:space="preserve">KONU : </w:t>
      </w:r>
      <w:r>
        <w:t xml:space="preserve">[ÖLÇEK ADI] ölçeğinin araştırmamda kullanılması için izin talebimdir.</w:t>
      </w:r>
    </w:p>
    <w:p>
      <w:pPr>
        <w:spacing w:before="200" w:after="80"/>
      </w:pPr>
      <w:r>
        <w:rPr>
          <w:b/>
          <w:sz w:val="22"/>
        </w:rPr>
        <w:t xml:space="preserve">TALEPTE BULUNAN ARAŞTIRMACI</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[ÜNİVERSİTE] [BİRİM] bünyesinde [UNVAN] olarak görev yapmakta / [PROGRAM] programında lisansüstü öğrenim görmekteyim.</w:t>
      </w:r>
    </w:p>
    <w:p>
      <w:pPr>
        <w:spacing w:after="120"/>
        <w:jc w:val="both"/>
      </w:pPr>
      <w:r>
        <w:t xml:space="preserve">2. [ARAŞTIRMA BAŞLIĞI] başlıklı [TEZ / PROJE / BAĞIMSIZ] çalışmamı [UNVAN AD SOYAD] danışmanlığında yürütmekteyim.</w:t>
      </w:r>
    </w:p>
    <w:p>
      <w:pPr>
        <w:spacing w:after="120"/>
        <w:jc w:val="both"/>
      </w:pPr>
      <w:r>
        <w:t xml:space="preserve">3. Araştırmamda, tarafınızca geliştirilen/Türkçeye uyarlanan [ÖLÇEK ADI] ([YAYIN KÜNYESİ — yazar, yıl, dergi, cilt/sayı, sayfa]) ölçeğini kullanmak istiyorum.</w:t>
      </w:r>
    </w:p>
    <w:p>
      <w:pPr>
        <w:spacing w:after="120"/>
        <w:jc w:val="both"/>
      </w:pPr>
      <w:r>
        <w:t xml:space="preserve">4. KULLANIM KAPSAMI: Ölçek [SAYI] kişilik örnekleme, [YÜZ YÜZE / ÇEVRİM İÇİ] olarak uygulanacaktır. Uygulama dönemi: [TARİH ARALIĞI]. Çalışma ticari amaç taşımamaktadır. [dosya bazında teyit edilmelidir]</w:t>
      </w:r>
    </w:p>
    <w:p>
      <w:pPr>
        <w:spacing w:after="120"/>
        <w:jc w:val="both"/>
      </w:pPr>
      <w:r>
        <w:t xml:space="preserve">5. UYARLAMA TALEBİ: Ölçeğin [HİÇBİR DEĞİŞİKLİK YAPILMADAN / şu maddelerde küçük dil uyarlamasıyla: [MADDELER]] kullanılmasını talep ediyorum.</w:t>
      </w:r>
    </w:p>
    <w:p>
      <w:pPr>
        <w:spacing w:after="120"/>
        <w:jc w:val="both"/>
      </w:pPr>
      <w:r>
        <w:t xml:space="preserve">6. Ölçeğin kaynağını ve size ait olduğunu, yayımlanacak her çalışmada usulüne uygun biçimde atıf yaparak belirteceğimi; ölçeği üçüncü kişilerle paylaşmayacağımı taahhüt ederim.</w:t>
      </w:r>
    </w:p>
    <w:p>
      <w:pPr>
        <w:spacing w:after="120"/>
        <w:jc w:val="both"/>
      </w:pPr>
      <w:r>
        <w:t xml:space="preserve">7. İzin vermeniz hâlinde, varsa ölçeğin güncel formunu, puanlama anahtarını ve kullanım yönergesini de paylaşmanızı rica ederim.</w:t>
      </w:r>
    </w:p>
    <w:p>
      <w:pPr>
        <w:spacing w:after="120"/>
        <w:jc w:val="both"/>
      </w:pPr>
      <w:r>
        <w:t xml:space="preserve">8. Araştırma sonuçlarını talep etmeniz hâlinde tamamlandığında sizinle paylaşmaktan memnuniyet duyarım.</w:t>
      </w:r>
    </w:p>
    <w:p>
      <w:pPr>
        <w:spacing w:before="200" w:after="80"/>
      </w:pPr>
      <w:r>
        <w:rPr>
          <w:b/>
          <w:sz w:val="22"/>
        </w:rPr>
        <w:t xml:space="preserve">HUKUKİ DAYANAK</w:t>
      </w:r>
    </w:p>
    <w:p>
      <w:pPr>
        <w:jc w:val="both"/>
      </w:pPr>
      <w:r>
        <w:t xml:space="preserve">5846 sayılı Fikir ve Sanat Eserleri Kanunu m.1/B, 14, 21, 35 (eser sahibinin hakları ve kaynak gösterme); Yükseköğretim Kurumları Bilimsel Araştırma ve Yayın Etiği Yönergesi. Bazı ölçekler yayıncı üzerinden ücretli lisansa tabidir [dosya bazında teyit edilmelidir].</w:t>
      </w:r>
    </w:p>
    <w:p>
      <w:pPr>
        <w:spacing w:before="200" w:after="80"/>
      </w:pPr>
      <w:r>
        <w:rPr>
          <w:b/>
          <w:sz w:val="22"/>
        </w:rPr>
        <w:t xml:space="preserve">SONUÇ VE TALEP</w:t>
      </w:r>
    </w:p>
    <w:p>
      <w:pPr>
        <w:jc w:val="both"/>
      </w:pPr>
      <w:r>
        <w:t xml:space="preserve">[ÖLÇEK ADI] ölçeğini yukarıda belirtilen kapsamda kullanmam için izin vermenizi saygılarımla arz ederim.</w:t>
      </w:r>
    </w:p>
    <w:p>
      <w:pPr>
        <w:spacing w:before="200" w:after="80"/>
      </w:pPr>
      <w:r>
        <w:rPr>
          <w:b/>
          <w:sz w:val="22"/>
        </w:rPr>
        <w:t xml:space="preserve">EKLER</w:t>
      </w:r>
    </w:p>
    <w:p>
      <w:pPr>
        <w:spacing w:after="0"/>
      </w:pPr>
      <w:r>
        <w:t xml:space="preserve">1. Araştırma önerisi özeti.</w:t>
      </w:r>
    </w:p>
    <w:p>
      <w:pPr>
        <w:spacing w:after="0"/>
      </w:pPr>
      <w:r>
        <w:t xml:space="preserve">2. Danışman onay yazısı (tez ise).</w:t>
      </w:r>
    </w:p>
    <w:p>
      <w:pPr>
        <w:spacing w:after="0"/>
      </w:pPr>
      <w:r>
        <w:t xml:space="preserve">3. Etik kurul başvuru bilgisi.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