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İl millî eğitim müdürlüğü / il sağlık müdürlüğü / ilgili bakanlık birimi</w:t>
            </w:r>
          </w:p>
          <w:p>
            <w:pPr>
              <w:spacing w:after="40"/>
            </w:pPr>
            <w:r>
              <w:rPr>
                <w:sz w:val="18"/>
              </w:rPr>
              <w:t xml:space="preserve">Süre          : Veri toplamadan önce; MEB araştırmalarında dönem başında başvurulması önerilir.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[İL] MİLLÎ EĞİTİM MÜDÜRLÜĞÜNE / [İL] SAĞLIK MÜDÜRLÜĞÜNE</w:t>
      </w:r>
    </w:p>
    <w:p>
      <w:pPr>
        <w:spacing w:after="200"/>
      </w:pPr>
      <w:r>
        <w:rPr>
          <w:b/>
        </w:rPr>
        <w:t xml:space="preserve">KONU : </w:t>
      </w:r>
      <w:r>
        <w:t xml:space="preserve">[ARAŞTIRMA BAŞLIĞI] başlıklı araştırma için kurumunuza bağlı birimlerde veri toplama izni talebimdir.</w:t>
      </w:r>
    </w:p>
    <w:p>
      <w:pPr>
        <w:spacing w:before="200" w:after="80"/>
      </w:pPr>
      <w:r>
        <w:rPr>
          <w:b/>
          <w:sz w:val="22"/>
        </w:rPr>
        <w:t xml:space="preserve">ARAŞTIRMACI BİLGİLERİ</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after="0"/>
      </w:pPr>
      <w:r>
        <w:t xml:space="preserve">Danışman (tez ise): [UNVAN AD SOYAD]</w:t>
      </w:r>
    </w:p>
    <w:p>
      <w:pPr>
        <w:spacing w:before="200" w:after="80"/>
      </w:pPr>
      <w:r>
        <w:rPr>
          <w:b/>
          <w:sz w:val="22"/>
        </w:rPr>
        <w:t xml:space="preserve">AÇIKLAMALAR</w:t>
      </w:r>
    </w:p>
    <w:p>
      <w:pPr>
        <w:spacing w:after="120"/>
        <w:jc w:val="both"/>
      </w:pPr>
      <w:r>
        <w:t xml:space="preserve">1. [ÜNİVERSİTE] [ENSTİTÜ/FAKÜLTE] bünyesinde yürüttüğüm [ARAŞTIRMA BAŞLIĞI] başlıklı [TEZ / PROJE] çalışması için kurumunuza bağlı birimlerde veri toplamak istiyorum.</w:t>
      </w:r>
    </w:p>
    <w:p>
      <w:pPr>
        <w:spacing w:after="120"/>
        <w:jc w:val="both"/>
      </w:pPr>
      <w:r>
        <w:t xml:space="preserve">2. ARAŞTIRMANIN AMACI: [AMAÇ — 3-4 cümle].</w:t>
      </w:r>
    </w:p>
    <w:p>
      <w:pPr>
        <w:spacing w:after="120"/>
        <w:jc w:val="both"/>
      </w:pPr>
      <w:r>
        <w:t xml:space="preserve">3. UYGULAMA YAPILACAK BİRİMLER: [OKUL / HASTANE / AİLE SAĞLIĞI MERKEZİ ADLARI] ([İLÇE]). Uygulama dönemi: [TARİH ARALIĞI].</w:t>
      </w:r>
    </w:p>
    <w:p>
      <w:pPr>
        <w:spacing w:after="120"/>
        <w:jc w:val="both"/>
      </w:pPr>
      <w:r>
        <w:t xml:space="preserve">4. KATILIMCILAR: [ÖĞRENCİ / ÖĞRETMEN / VELİ / SAĞLIK PERSONELİ / HASTA] grubundan yaklaşık [SAYI] kişi. Uygulama süresi kişi başına [SÜRE] dakikadır ve eğitim-öğretim/hizmet akışını aksatmayacak şekilde planlanmıştır. [dosya bazında teyit edilmelidir]</w:t>
      </w:r>
    </w:p>
    <w:p>
      <w:pPr>
        <w:spacing w:after="120"/>
        <w:jc w:val="both"/>
      </w:pPr>
      <w:r>
        <w:t xml:space="preserve">5. VERİ TOPLAMA ARACI: [ANKET / ÖLÇEK / GÖRÜŞME FORMU / GÖZLEM FORMU]. Araçlar ekte sunulmuş olup, siyasi, ideolojik veya kişilik haklarını zedeleyici soru içermemektedir.</w:t>
      </w:r>
    </w:p>
    <w:p>
      <w:pPr>
        <w:spacing w:after="120"/>
        <w:jc w:val="both"/>
      </w:pPr>
      <w:r>
        <w:t xml:space="preserve">6. ETİK KURUL ONAYI: [ÜNİVERSİTE] Etik Kurulunun [TARİH] tarihli ve [SAYI] sayılı kararıyla araştırma etik yönden uygun bulunmuştur; karar örneği ektedir.</w:t>
      </w:r>
    </w:p>
    <w:p>
      <w:pPr>
        <w:spacing w:after="120"/>
        <w:jc w:val="both"/>
      </w:pPr>
      <w:r>
        <w:t xml:space="preserve">7. ONAM VE GİZLİLİK: Katılımcılardan Bilgilendirilmiş Gönüllü Olur Formu; 18 yaş altı katılımcılar için ayrıca veli izni alınacaktır. Veriler anonim olarak işlenecek, kurum ve kişi adları raporlanmayacaktır.</w:t>
      </w:r>
    </w:p>
    <w:p>
      <w:pPr>
        <w:spacing w:after="120"/>
        <w:jc w:val="both"/>
      </w:pPr>
      <w:r>
        <w:t xml:space="preserve">8. Araştırma tamamlandığında sonuç raporunun bir örneğinin müdürlüğünüze sunulacağını taahhüt ederim.</w:t>
      </w:r>
    </w:p>
    <w:p>
      <w:pPr>
        <w:spacing w:before="200" w:after="80"/>
      </w:pPr>
      <w:r>
        <w:rPr>
          <w:b/>
          <w:sz w:val="22"/>
        </w:rPr>
        <w:t xml:space="preserve">HUKUKİ DAYANAK</w:t>
      </w:r>
    </w:p>
    <w:p>
      <w:pPr>
        <w:jc w:val="both"/>
      </w:pPr>
      <w:r>
        <w:t xml:space="preserve">Millî Eğitim Bakanlığı araştırma izinlerine ilişkin genelge ve yönergeler; Sağlık Bakanlığı bilimsel araştırma başvuru usulleri; 6698 sayılı Kanun; Yükseköğretim Kurumları Bilimsel Araştırma ve Yayın Etiği Yönergesi. Başvuru bazı illerde elektronik sistem üzerinden yapılır [dosya bazında teyit edilmelidir].</w:t>
      </w:r>
    </w:p>
    <w:p>
      <w:pPr>
        <w:spacing w:before="200" w:after="80"/>
      </w:pPr>
      <w:r>
        <w:rPr>
          <w:b/>
          <w:sz w:val="22"/>
        </w:rPr>
        <w:t xml:space="preserve">SONUÇ VE TALEP</w:t>
      </w:r>
    </w:p>
    <w:p>
      <w:pPr>
        <w:jc w:val="both"/>
      </w:pPr>
      <w:r>
        <w:t xml:space="preserve">Araştırmamın kurumunuza bağlı belirtilen birimlerde yürütülmesine izin verilmesini saygılarımla arz ederim.</w:t>
      </w:r>
    </w:p>
    <w:p>
      <w:pPr>
        <w:spacing w:before="200" w:after="80"/>
      </w:pPr>
      <w:r>
        <w:rPr>
          <w:b/>
          <w:sz w:val="22"/>
        </w:rPr>
        <w:t xml:space="preserve">EKLER</w:t>
      </w:r>
    </w:p>
    <w:p>
      <w:pPr>
        <w:spacing w:after="0"/>
      </w:pPr>
      <w:r>
        <w:t xml:space="preserve">1. Etik kurul onay kararı.</w:t>
      </w:r>
    </w:p>
    <w:p>
      <w:pPr>
        <w:spacing w:after="0"/>
      </w:pPr>
      <w:r>
        <w:t xml:space="preserve">2. Araştırma önerisi ve veri toplama araçları.</w:t>
      </w:r>
    </w:p>
    <w:p>
      <w:pPr>
        <w:spacing w:after="0"/>
      </w:pPr>
      <w:r>
        <w:t xml:space="preserve">3. Üniversite üst yazısı ve danışman onayı.</w:t>
      </w:r>
    </w:p>
    <w:p>
      <w:pPr>
        <w:spacing w:after="0"/>
      </w:pPr>
      <w:r>
        <w:t xml:space="preserve">4. Onam ve veli izin formu örnekleri.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