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ÜAK Başkanlığı — DBS üzerinden</w:t>
            </w:r>
          </w:p>
          <w:p>
            <w:pPr>
              <w:spacing w:after="40"/>
            </w:pPr>
            <w:r>
              <w:rPr>
                <w:sz w:val="18"/>
              </w:rPr>
              <w:t xml:space="preserve">Süre          : Görevlendirmenin tebliğinden itibaren gecikmeksizin (kılavuzda öngörülen süre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ÜNİVERSİTELERARASI KURUL BAŞKANLIĞINA</w:t>
      </w:r>
    </w:p>
    <w:p>
      <w:pPr>
        <w:spacing w:after="200"/>
      </w:pPr>
      <w:r>
        <w:rPr>
          <w:b/>
        </w:rPr>
        <w:t xml:space="preserve">KONU : </w:t>
      </w:r>
      <w:r>
        <w:t xml:space="preserve">[AD SOYAD] adlı adayın doçentlik jürisindeki üyeliğimden çekilme talebimdir.</w:t>
      </w:r>
    </w:p>
    <w:p>
      <w:pPr>
        <w:spacing w:before="200" w:after="80"/>
      </w:pPr>
      <w:r>
        <w:rPr>
          <w:b/>
          <w:sz w:val="22"/>
        </w:rPr>
        <w:t xml:space="preserve">JÜRİ ÜYESİ BİLGİLERİ</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after="0"/>
      </w:pPr>
      <w:r>
        <w:t xml:space="preserve">Görevlendirme   : [TARİH] tarihli ÜAK yazısı</w:t>
      </w:r>
    </w:p>
    <w:p>
      <w:pPr>
        <w:spacing w:after="0"/>
      </w:pPr>
      <w:r>
        <w:t xml:space="preserve">Aday            : [AD SOYAD] — [TEMEL ALAN / BİLİM ALANI]</w:t>
      </w:r>
    </w:p>
    <w:p>
      <w:pPr>
        <w:spacing w:before="200" w:after="80"/>
      </w:pPr>
      <w:r>
        <w:rPr>
          <w:b/>
          <w:sz w:val="22"/>
        </w:rPr>
        <w:t xml:space="preserve">AÇIKLAMALAR</w:t>
      </w:r>
    </w:p>
    <w:p>
      <w:pPr>
        <w:spacing w:after="120"/>
        <w:jc w:val="both"/>
      </w:pPr>
      <w:r>
        <w:t xml:space="preserve">1. [TARİH] tarihli görevlendirme ile [AD SOYAD] adlı adayın doçentlik jürisine üye olarak atandım; görevlendirme [TEBLİĞ TARİHİ] tarihinde tarafıma bildirilmiştir.</w:t>
      </w:r>
    </w:p>
    <w:p>
      <w:pPr>
        <w:spacing w:after="120"/>
        <w:jc w:val="both"/>
      </w:pPr>
      <w:r>
        <w:t xml:space="preserve">2. ÇEKİLME GEREKÇEM: [ ] Sağlık mazereti  [ ] Uzun süreli yurt dışı görevlendirme  [ ] Aynı dönemde üstlendiğim jüri sayısının üst sınıra ulaşması  [ ] Uzmanlık alanımın adayın başvuru alanıyla örtüşmemesi  [ ] Tarafsızlığımı etkileyebilecek ilişki  [ ] Diğer: [AÇIKLAMA].</w:t>
      </w:r>
    </w:p>
    <w:p>
      <w:pPr>
        <w:spacing w:after="120"/>
        <w:jc w:val="both"/>
      </w:pPr>
      <w:r>
        <w:t xml:space="preserve">3. TARAFSIZLIK GEREKÇESİ (varsa): Aday ile aramda [İLİŞKİ — ortak yayın, ortak proje, danışmanlık ilişkisi, aynı birimde görev, akrabalık, önceki hukuki uyuşmazlık] bulunmaktadır. Bu durum değerlendirmenin tarafsızlığı konusunda haklı bir kuşku doğurabilir. [dosya bazında teyit edilmelidir]</w:t>
      </w:r>
    </w:p>
    <w:p>
      <w:pPr>
        <w:spacing w:after="120"/>
        <w:jc w:val="both"/>
      </w:pPr>
      <w:r>
        <w:t xml:space="preserve">4. UZMANLIK GEREKÇESİ (varsa): Çalışma alanım [ALAN] olup, adayın başvurduğu [BİLİM ALANI] alanındaki eserleri hakkıyla değerlendirebilecek uzmanlığa sahip olmadığımı belirtmek isterim.</w:t>
      </w:r>
    </w:p>
    <w:p>
      <w:pPr>
        <w:spacing w:after="120"/>
        <w:jc w:val="both"/>
      </w:pPr>
      <w:r>
        <w:t xml:space="preserve">5. SAĞLIK / GÖREVLENDİRME GEREKÇESİ (varsa): [TARİH ARALIĞI] tarihleri arasında [RAPOR / GÖREVLENDİRME] nedeniyle inceleme yapmam mümkün olmayacaktır; belgeler ektedir.</w:t>
      </w:r>
    </w:p>
    <w:p>
      <w:pPr>
        <w:spacing w:after="120"/>
        <w:jc w:val="both"/>
      </w:pPr>
      <w:r>
        <w:t xml:space="preserve">6. Mazeretimin kabulü hâlinde yerime yedek üyenin görevlendirilmesini; adayın sürecinde gecikme doğmaması için işlemin ivedilikle sonuçlandırılmasını talep ederim.</w:t>
      </w:r>
    </w:p>
    <w:p>
      <w:pPr>
        <w:spacing w:after="120"/>
        <w:jc w:val="both"/>
      </w:pPr>
      <w:r>
        <w:t xml:space="preserve">7. Mazeretimin kabul edilmemesi hâlinde görevimi kılavuzda öngörülen süre ve esaslara uygun biçimde yerine getireceğimi beyan ederim.</w:t>
      </w:r>
    </w:p>
    <w:p>
      <w:pPr>
        <w:spacing w:before="200" w:after="80"/>
      </w:pPr>
      <w:r>
        <w:rPr>
          <w:b/>
          <w:sz w:val="22"/>
        </w:rPr>
        <w:t xml:space="preserve">HUKUKİ DAYANAK</w:t>
      </w:r>
    </w:p>
    <w:p>
      <w:pPr>
        <w:jc w:val="both"/>
      </w:pPr>
      <w:r>
        <w:t xml:space="preserve">Doçentlik Yönetmeliği (jüri oluşumu, mazeret ve yedek üye hükümleri); ÜAK dönem doçentlik başvuru kılavuzu; 2547 sayılı Kanun m.24; idari usulde tarafsızlık ilkesi [dosya bazında teyit edilmelidir].</w:t>
      </w:r>
    </w:p>
    <w:p>
      <w:pPr>
        <w:spacing w:before="200" w:after="80"/>
      </w:pPr>
      <w:r>
        <w:rPr>
          <w:b/>
          <w:sz w:val="22"/>
        </w:rPr>
        <w:t xml:space="preserve">SONUÇ VE TALEP</w:t>
      </w:r>
    </w:p>
    <w:p>
      <w:pPr>
        <w:jc w:val="both"/>
      </w:pPr>
      <w:r>
        <w:t xml:space="preserve">Mazeretim nedeniyle jüri üyeliğimden çekilme talebimin kabulüne ve yerime yedek üyenin görevlendirilmesine karar verilmesini saygılarımla arz ederim.</w:t>
      </w:r>
    </w:p>
    <w:p>
      <w:pPr>
        <w:spacing w:before="200" w:after="80"/>
      </w:pPr>
      <w:r>
        <w:rPr>
          <w:b/>
          <w:sz w:val="22"/>
        </w:rPr>
        <w:t xml:space="preserve">EKLER</w:t>
      </w:r>
    </w:p>
    <w:p>
      <w:pPr>
        <w:spacing w:after="0"/>
      </w:pPr>
      <w:r>
        <w:t xml:space="preserve">1. Görevlendirme yazısı.</w:t>
      </w:r>
    </w:p>
    <w:p>
      <w:pPr>
        <w:spacing w:after="0"/>
      </w:pPr>
      <w:r>
        <w:t xml:space="preserve">2. Mazerete ilişkin belgeler (rapor, görevlendirme).</w:t>
      </w:r>
    </w:p>
    <w:p>
      <w:pPr>
        <w:spacing w:after="0"/>
      </w:pPr>
      <w:r>
        <w:t xml:space="preserve">3. Ortak yayın/proje listesi (tarafsızlık gerekçesinde).</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