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Adına öğrenim görülen üniversite rektörlüğü / kurum</w:t>
            </w:r>
          </w:p>
          <w:p>
            <w:pPr>
              <w:spacing w:after="40"/>
            </w:pPr>
            <w:r>
              <w:rPr>
                <w:sz w:val="18"/>
              </w:rPr>
              <w:t xml:space="preserve">Süre          : Mezuniyet tarihinden itibaren mevzuatta öngörülen süre içinde (genellikle iki ay).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[ADINA OKUNAN KURUM] REKTÖRLÜĞÜNE</w:t>
      </w:r>
    </w:p>
    <w:p>
      <w:pPr>
        <w:spacing w:before="0" w:after="320"/>
        <w:jc w:val="center"/>
      </w:pPr>
      <w:r>
        <w:rPr>
          <w:sz w:val="22"/>
        </w:rPr>
        <w:t xml:space="preserve">(Bilgi için: MEB Yükseköğretim ve Yurt Dışı Eğitim Genel Müdürlüğüne)</w:t>
      </w:r>
    </w:p>
    <w:p>
      <w:pPr>
        <w:spacing w:after="200"/>
      </w:pPr>
      <w:r>
        <w:rPr>
          <w:b/>
        </w:rPr>
        <w:t xml:space="preserve">KONU : </w:t>
      </w:r>
      <w:r>
        <w:t xml:space="preserve">Yurt dışı lisansüstü öğrenimimi tamamlamam nedeniyle mecburi hizmetimi ifa etmek üzere atanmam talebimdir.</w:t>
      </w:r>
    </w:p>
    <w:p>
      <w:pPr>
        <w:spacing w:before="200" w:after="80"/>
      </w:pPr>
      <w:r>
        <w:rPr>
          <w:b/>
          <w:sz w:val="22"/>
        </w:rPr>
        <w:t xml:space="preserve">BAŞVURAN</w:t>
      </w:r>
    </w:p>
    <w:p>
      <w:pPr>
        <w:spacing w:after="0"/>
      </w:pPr>
      <w:r>
        <w:t xml:space="preserve">Ad Soyad        : [AD SOYAD] — T.C. [KİMLİK NO]</w:t>
      </w:r>
    </w:p>
    <w:p>
      <w:pPr>
        <w:spacing w:after="0"/>
      </w:pPr>
      <w:r>
        <w:t xml:space="preserve">YLSY Yılı/Alanı : [YIL] — [KONTENJAN ALANI]</w:t>
      </w:r>
    </w:p>
    <w:p>
      <w:pPr>
        <w:spacing w:after="0"/>
      </w:pPr>
      <w:r>
        <w:t xml:space="preserve">Adına Okunan Kurum : [ÜNİVERSİTE / KURUM]</w:t>
      </w:r>
    </w:p>
    <w:p>
      <w:pPr>
        <w:spacing w:after="0"/>
      </w:pPr>
      <w:r>
        <w:t xml:space="preserve">Öğrenim Bilgisi : [ÜLKE] — [ÜNİVERSİTE] — [PROGRAM] — [MEZUNİYET TARİHİ]</w:t>
      </w:r>
    </w:p>
    <w:p>
      <w:pPr>
        <w:spacing w:after="0"/>
      </w:pPr>
      <w:r>
        <w:t xml:space="preserve">Yurda Dönüş Tarihi : [GÜN/AY/YIL]</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1416 sayılı Kanun kapsamında [YIL] YLSY programı ile [KURUM] adına [ÜLKE] ülkesinde lisansüstü öğrenim görmek üzere gönderildim.</w:t>
      </w:r>
    </w:p>
    <w:p>
      <w:pPr>
        <w:spacing w:after="120"/>
        <w:jc w:val="both"/>
      </w:pPr>
      <w:r>
        <w:t xml:space="preserve">2. [ÜNİVERSİTE] bünyesinde [PROGRAM] programını [MEZUNİYET TARİHİ] tarihinde başarıyla tamamladım. Diploma ve transkriptim ile denklik/tanıma belgem ektedir.</w:t>
      </w:r>
    </w:p>
    <w:p>
      <w:pPr>
        <w:spacing w:after="120"/>
        <w:jc w:val="both"/>
      </w:pPr>
      <w:r>
        <w:t xml:space="preserve">3. Mezuniyetimi takiben [DÖNÜŞ TARİHİ] tarihinde yurda döndüm ve mevzuatta öngörülen süre içinde işbu görev talebinde bulunuyorum. [dosya bazında teyit edilmelidir]</w:t>
      </w:r>
    </w:p>
    <w:p>
      <w:pPr>
        <w:spacing w:after="120"/>
        <w:jc w:val="both"/>
      </w:pPr>
      <w:r>
        <w:t xml:space="preserve">4. İmzaladığım yüklenme senedi uyarınca; yurt içinde burslu geçen sürenin bir katı, yurt dışında burslu geçen sürenin iki katı mecburi hizmet yükümlülüğüm bulunmaktadır. Burslu geçen süreler: yurt içi [SÜRE], yurt dışı [SÜRE].</w:t>
      </w:r>
    </w:p>
    <w:p>
      <w:pPr>
        <w:spacing w:after="120"/>
        <w:jc w:val="both"/>
      </w:pPr>
      <w:r>
        <w:t xml:space="preserve">5. Adına öğrenim gördüğüm kurumunuz bünyesinde [BİRİM / ANABİLİM DALI] kadrosuna [ARAŞTIRMA GÖREVLİSİ / DR. ÖĞRETİM ÜYESİ] olarak atanmamı talep ederim. Uzmanlık alanım [ALAN] olup, kontenjan alanımla örtüşmektedir.</w:t>
      </w:r>
    </w:p>
    <w:p>
      <w:pPr>
        <w:spacing w:after="120"/>
        <w:jc w:val="both"/>
      </w:pPr>
      <w:r>
        <w:t xml:space="preserve">6. Mecburi hizmet süremin başlangıç ve bitiş tarihlerinin, mahsup edilecek sürelerin ve hizmet sayılacak dönemlerin hesaplanarak tarafıma yazılı olarak bildirilmesini talep ederim.</w:t>
      </w:r>
    </w:p>
    <w:p>
      <w:pPr>
        <w:spacing w:after="120"/>
        <w:jc w:val="both"/>
      </w:pPr>
      <w:r>
        <w:t xml:space="preserve">7. Atamamın gecikmesi hâlinde, gecikmeden kaynaklanan sürenin mecburi hizmetten sayılıp sayılmayacağı ile bu dönemde doğabilecek malî sonuçların bildirilmesini talep ederim.</w:t>
      </w:r>
    </w:p>
    <w:p>
      <w:pPr>
        <w:spacing w:after="120"/>
        <w:jc w:val="both"/>
      </w:pPr>
      <w:r>
        <w:t xml:space="preserve">8. Yurt dışında geçirdiğim öğrenim sürelerinin memuriyetten sayılması ve derece-kademe intibakımda değerlendirilmesi yönündeki talebimi de ayrıca sunuyorum.</w:t>
      </w:r>
    </w:p>
    <w:p>
      <w:pPr>
        <w:spacing w:before="200" w:after="80"/>
      </w:pPr>
      <w:r>
        <w:rPr>
          <w:b/>
          <w:sz w:val="22"/>
        </w:rPr>
        <w:t xml:space="preserve">HUKUKİ DAYANAK</w:t>
      </w:r>
    </w:p>
    <w:p>
      <w:pPr>
        <w:jc w:val="both"/>
      </w:pPr>
      <w:r>
        <w:t xml:space="preserve">1416 sayılı Kanun; Türk Öğrencilerin Yabancı Ülkelerde Öğrenimleri Hakkında Yönetmelik; 2547 sayılı Kanun m.33, 35; 657 sayılı Kanun m.36; MEB YYEGM duyuruları. Sürelerin hesabı imzalanan senede ve yürürlükteki yönetmeliğe göre değişir [dosya bazında teyit edilmelidir].</w:t>
      </w:r>
    </w:p>
    <w:p>
      <w:pPr>
        <w:spacing w:before="200" w:after="80"/>
      </w:pPr>
      <w:r>
        <w:rPr>
          <w:b/>
          <w:sz w:val="22"/>
        </w:rPr>
        <w:t xml:space="preserve">SONUÇ VE TALEP</w:t>
      </w:r>
    </w:p>
    <w:p>
      <w:pPr>
        <w:jc w:val="both"/>
      </w:pPr>
      <w:r>
        <w:t xml:space="preserve">Mecburi hizmetimi ifa etmek üzere kurumunuz bünyesinde uygun bir kadroya atanmama ve mecburi hizmet süremin hesaplanarak yazılı olarak bildirilmesine karar verilmesini saygılarımla arz ederim.</w:t>
      </w:r>
    </w:p>
    <w:p>
      <w:pPr>
        <w:spacing w:before="200" w:after="80"/>
      </w:pPr>
      <w:r>
        <w:rPr>
          <w:b/>
          <w:sz w:val="22"/>
        </w:rPr>
        <w:t xml:space="preserve">EKLER</w:t>
      </w:r>
    </w:p>
    <w:p>
      <w:pPr>
        <w:spacing w:after="0"/>
      </w:pPr>
      <w:r>
        <w:t xml:space="preserve">1. Diploma, transkript ve denklik/tanıma belgesi.</w:t>
      </w:r>
    </w:p>
    <w:p>
      <w:pPr>
        <w:spacing w:after="0"/>
      </w:pPr>
      <w:r>
        <w:t xml:space="preserve">2. Yüklenme ve kefalet senedi örneği.</w:t>
      </w:r>
    </w:p>
    <w:p>
      <w:pPr>
        <w:spacing w:after="0"/>
      </w:pPr>
      <w:r>
        <w:t xml:space="preserve">3. Yurda giriş kaydı / pasaport işlem dökümü.</w:t>
      </w:r>
    </w:p>
    <w:p>
      <w:pPr>
        <w:spacing w:after="0"/>
      </w:pPr>
      <w:r>
        <w:t xml:space="preserve">4. Eğitim müşavirliği yazıları.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