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MEB YYEGM — adına okunan kurum ve hedef kurumun muvafakatiyle</w:t>
            </w:r>
          </w:p>
          <w:p>
            <w:pPr>
              <w:spacing w:after="40"/>
            </w:pPr>
            <w:r>
              <w:rPr>
                <w:sz w:val="18"/>
              </w:rPr>
              <w:t xml:space="preserve">Süre          : Mecburi hizmet devam ederken; devir gerekçesinin doğmasından itibaren.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T.C. MİLLÎ EĞİTİM BAKANLIĞI</w:t>
      </w:r>
    </w:p>
    <w:p>
      <w:pPr>
        <w:spacing w:before="0" w:after="40"/>
        <w:jc w:val="center"/>
      </w:pPr>
      <w:r>
        <w:rPr>
          <w:sz w:val="22"/>
        </w:rPr>
        <w:t xml:space="preserve">YÜKSEKÖĞRETİM VE YURT DIŞI EĞİTİM GENEL MÜDÜRLÜĞÜNE</w:t>
      </w:r>
    </w:p>
    <w:p>
      <w:pPr>
        <w:spacing w:before="0" w:after="320"/>
        <w:jc w:val="center"/>
      </w:pPr>
      <w:r>
        <w:rPr>
          <w:sz w:val="22"/>
        </w:rPr>
        <w:t xml:space="preserve">([ADINA OKUNAN KURUM] Rektörlüğü aracılığıyla)</w:t>
      </w:r>
    </w:p>
    <w:p>
      <w:pPr>
        <w:spacing w:after="200"/>
      </w:pPr>
      <w:r>
        <w:rPr>
          <w:b/>
        </w:rPr>
        <w:t xml:space="preserve">KONU : </w:t>
      </w:r>
      <w:r>
        <w:t xml:space="preserve">Mecburi hizmet yükümlülüğümün [HEDEF KURUM] bünyesinde ifa edilmek üzere devri talebimdir.</w:t>
      </w:r>
    </w:p>
    <w:p>
      <w:pPr>
        <w:spacing w:before="200" w:after="80"/>
      </w:pPr>
      <w:r>
        <w:rPr>
          <w:b/>
          <w:sz w:val="22"/>
        </w:rPr>
        <w:t xml:space="preserve">BAŞVURAN</w:t>
      </w:r>
    </w:p>
    <w:p>
      <w:pPr>
        <w:spacing w:after="0"/>
      </w:pPr>
      <w:r>
        <w:t xml:space="preserve">Ad Soyad        : [AD SOYAD] — T.C. [KİMLİK NO]</w:t>
      </w:r>
    </w:p>
    <w:p>
      <w:pPr>
        <w:spacing w:after="0"/>
      </w:pPr>
      <w:r>
        <w:t xml:space="preserve">YLSY Yılı/Alanı : [YIL] — [KONTENJAN ALANI]</w:t>
      </w:r>
    </w:p>
    <w:p>
      <w:pPr>
        <w:spacing w:after="0"/>
      </w:pPr>
      <w:r>
        <w:t xml:space="preserve">Adına Okunan Kurum : [ÜNİVERSİTE / KURUM]</w:t>
      </w:r>
    </w:p>
    <w:p>
      <w:pPr>
        <w:spacing w:after="0"/>
      </w:pPr>
      <w:r>
        <w:t xml:space="preserve">Hâlen Görev Yeri: [KURUM] — [BİRİM] — [UNVAN]</w:t>
      </w:r>
    </w:p>
    <w:p>
      <w:pPr>
        <w:spacing w:after="0"/>
      </w:pPr>
      <w:r>
        <w:t xml:space="preserve">Mecburi Hizmet  : Toplam [SÜRE] — İfa edilen [SÜRE] — Kalan [SÜRE]</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1416 sayılı Kanun kapsamında [KURUM] adına yurt dışında lisansüstü öğrenim gördüm ve [TARİH] tarihinde mecburi hizmetime başladım.</w:t>
      </w:r>
    </w:p>
    <w:p>
      <w:pPr>
        <w:spacing w:after="120"/>
        <w:jc w:val="both"/>
      </w:pPr>
      <w:r>
        <w:t xml:space="preserve">2. Toplam mecburi hizmet yükümlülüğüm [SÜRE] olup, [TARİH] itibarıyla [SÜRE] sini ifa ettim; kalan süre [SÜRE] dir. Hizmet cetvelim ektedir.</w:t>
      </w:r>
    </w:p>
    <w:p>
      <w:pPr>
        <w:spacing w:after="120"/>
        <w:jc w:val="both"/>
      </w:pPr>
      <w:r>
        <w:t xml:space="preserve">3. DEVİR TALEBİMİN GEREKÇESİ: [ ] Adına okunan kurumda uzmanlık alanımda kadro bulunmaması  [ ] Eş durumu / aile birliği  [ ] Sağlık  [ ] Bilimsel altyapının alanımda yetersiz olması  [ ] Kurumun ihtiyaç duymadığını bildirmesi  [ ] Diğer: [AÇIKLAMA].</w:t>
      </w:r>
    </w:p>
    <w:p>
      <w:pPr>
        <w:spacing w:after="120"/>
        <w:jc w:val="both"/>
      </w:pPr>
      <w:r>
        <w:t xml:space="preserve">4. Gerekçeye ilişkin belgeler ektedir. [dosya bazında teyit edilmelidir]</w:t>
      </w:r>
    </w:p>
    <w:p>
      <w:pPr>
        <w:spacing w:after="120"/>
        <w:jc w:val="both"/>
      </w:pPr>
      <w:r>
        <w:t xml:space="preserve">5. Mecburi hizmetimin kalan kısmını [HEDEF KURUM] [BİRİM] bünyesinde ifa etmek istiyorum. Hedef kurumun [TARİH] tarihli kabul/talep yazısı ile adına okuduğum kurumun muvafakat yazısı ektedir.</w:t>
      </w:r>
    </w:p>
    <w:p>
      <w:pPr>
        <w:spacing w:after="120"/>
        <w:jc w:val="both"/>
      </w:pPr>
      <w:r>
        <w:t xml:space="preserve">6. Devir hâlinde mecburi hizmet süresinin kesintisiz devam edeceğini; bugüne kadar ifa edilen sürenin mahsup edilmesi gerektiğini belirtirim.</w:t>
      </w:r>
    </w:p>
    <w:p>
      <w:pPr>
        <w:spacing w:after="120"/>
        <w:jc w:val="both"/>
      </w:pPr>
      <w:r>
        <w:t xml:space="preserve">7. Talebin reddi hâlinde, ret gerekçesinin ve kalan yükümlülüğümün ne şekilde ifa edileceğinin yazılı olarak bildirilmesini talep ederim.</w:t>
      </w:r>
    </w:p>
    <w:p>
      <w:pPr>
        <w:spacing w:after="120"/>
        <w:jc w:val="both"/>
      </w:pPr>
      <w:r>
        <w:t xml:space="preserve">8. İşbu talep, mecburi hizmet borcumun kabulü veya feragati anlamına gelmez; itiraz ve dava haklarım saklıdır.</w:t>
      </w:r>
    </w:p>
    <w:p>
      <w:pPr>
        <w:spacing w:before="200" w:after="80"/>
      </w:pPr>
      <w:r>
        <w:rPr>
          <w:b/>
          <w:sz w:val="22"/>
        </w:rPr>
        <w:t xml:space="preserve">HUKUKİ DAYANAK</w:t>
      </w:r>
    </w:p>
    <w:p>
      <w:pPr>
        <w:jc w:val="both"/>
      </w:pPr>
      <w:r>
        <w:t xml:space="preserve">1416 sayılı Kanun; Türk Öğrencilerin Yabancı Ülkelerde Öğrenimleri Hakkında Yönetmelik (mecburi hizmet ve devir hükümleri); 2547 sayılı Kanun m.35; 657 sayılı Kanun m.74. Devir imkânı ve şartları yönetmelik değişikliklerine göre farklılık gösterir [dosya bazında teyit edilmelidir].</w:t>
      </w:r>
    </w:p>
    <w:p>
      <w:pPr>
        <w:spacing w:before="200" w:after="80"/>
      </w:pPr>
      <w:r>
        <w:rPr>
          <w:b/>
          <w:sz w:val="22"/>
        </w:rPr>
        <w:t xml:space="preserve">SONUÇ VE TALEP</w:t>
      </w:r>
    </w:p>
    <w:p>
      <w:pPr>
        <w:jc w:val="both"/>
      </w:pPr>
      <w:r>
        <w:t xml:space="preserve">Mecburi hizmet yükümlülüğümün kalan kısmının [HEDEF KURUM] bünyesinde ifa edilmek üzere devrine; ifa edilen sürenin mahsubuna ve sonucun yazılı olarak bildirilmesine karar verilmesini saygılarımla arz ederim.</w:t>
      </w:r>
    </w:p>
    <w:p>
      <w:pPr>
        <w:spacing w:before="200" w:after="80"/>
      </w:pPr>
      <w:r>
        <w:rPr>
          <w:b/>
          <w:sz w:val="22"/>
        </w:rPr>
        <w:t xml:space="preserve">EKLER</w:t>
      </w:r>
    </w:p>
    <w:p>
      <w:pPr>
        <w:spacing w:after="0"/>
      </w:pPr>
      <w:r>
        <w:t xml:space="preserve">1. Hizmet cetveli ve mecburi hizmet dökümü.</w:t>
      </w:r>
    </w:p>
    <w:p>
      <w:pPr>
        <w:spacing w:after="0"/>
      </w:pPr>
      <w:r>
        <w:t xml:space="preserve">2. Hedef kurumun kabul/talep yazısı.</w:t>
      </w:r>
    </w:p>
    <w:p>
      <w:pPr>
        <w:spacing w:after="0"/>
      </w:pPr>
      <w:r>
        <w:t xml:space="preserve">3. Adına okunan kurumun muvafakati.</w:t>
      </w:r>
    </w:p>
    <w:p>
      <w:pPr>
        <w:spacing w:after="0"/>
      </w:pPr>
      <w:r>
        <w:t xml:space="preserve">4. Gerekçeye ilişkin belgeler.</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