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YÖK Tanıma ve Denklik Hizmetleri Daire Başkanlığı (e-Devlet / denklik sistemi)</w:t>
            </w:r>
          </w:p>
          <w:p>
            <w:pPr>
              <w:spacing w:after="40"/>
            </w:pPr>
            <w:r>
              <w:rPr>
                <w:sz w:val="18"/>
              </w:rPr>
              <w:t xml:space="preserve">Süre          : Mezuniyetten sonra her zaman; eksik belge tamamlama süresine dikkat edilmelidir.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YÜKSEKÖĞRETİM KURULU BAŞKANLIĞINA</w:t>
      </w:r>
    </w:p>
    <w:p>
      <w:pPr>
        <w:spacing w:before="0" w:after="320"/>
        <w:jc w:val="center"/>
      </w:pPr>
      <w:r>
        <w:rPr>
          <w:sz w:val="22"/>
        </w:rPr>
        <w:t xml:space="preserve">(Tanıma ve Denklik Hizmetleri Daire Başkanlığına)</w:t>
      </w:r>
    </w:p>
    <w:p>
      <w:pPr>
        <w:spacing w:after="200"/>
      </w:pPr>
      <w:r>
        <w:rPr>
          <w:b/>
        </w:rPr>
        <w:t xml:space="preserve">KONU : </w:t>
      </w:r>
      <w:r>
        <w:t xml:space="preserve">Yurt dışında aldığım [DERECE] diplomamın tanınması ve denklik belgesi düzenlenmesi talebimdir.</w:t>
      </w:r>
    </w:p>
    <w:p>
      <w:pPr>
        <w:spacing w:before="200" w:after="80"/>
      </w:pPr>
      <w:r>
        <w:rPr>
          <w:b/>
          <w:sz w:val="22"/>
        </w:rPr>
        <w:t xml:space="preserve">BAŞVURAN VE ÖĞRENİM BİLGİLERİ</w:t>
      </w:r>
    </w:p>
    <w:p>
      <w:pPr>
        <w:spacing w:after="0"/>
      </w:pPr>
      <w:r>
        <w:t xml:space="preserve">Ad Soyad        : [AD SOYAD] — T.C. [KİMLİK NO]</w:t>
      </w:r>
    </w:p>
    <w:p>
      <w:pPr>
        <w:spacing w:after="0"/>
      </w:pPr>
      <w:r>
        <w:t xml:space="preserve">Uyruk           : [UYRUK]</w:t>
      </w:r>
    </w:p>
    <w:p>
      <w:pPr>
        <w:spacing w:after="0"/>
      </w:pPr>
      <w:r>
        <w:t xml:space="preserve">Öğrenim Ülkesi  : [ÜLKE]</w:t>
      </w:r>
    </w:p>
    <w:p>
      <w:pPr>
        <w:spacing w:after="0"/>
      </w:pPr>
      <w:r>
        <w:t xml:space="preserve">Kurum / Program : [ÜNİVERSİTE] — [PROGRAM]</w:t>
      </w:r>
    </w:p>
    <w:p>
      <w:pPr>
        <w:spacing w:after="0"/>
      </w:pPr>
      <w:r>
        <w:t xml:space="preserve">Derece / Tarih  : [ÖN LİSANS / LİSANS / YÜKSEK LİSANS / DOKTORA] — [MEZUNİYET TARİHİ]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TALEBİM: [ ] Tanıma (okulun tanınırlığının tespiti)  [ ] Denklik belgesi  [ ] Mezuniyet tanıma belgesi  [ ] Ön lisans/lisans/lisansüstü denkliği.</w:t>
      </w:r>
    </w:p>
    <w:p>
      <w:pPr>
        <w:spacing w:after="120"/>
        <w:jc w:val="both"/>
      </w:pPr>
      <w:r>
        <w:t xml:space="preserve">2. ÖĞRENİM SÜRECİ: [ÜNİVERSİTE] bünyesinde [BAŞLANGIÇ] - [BİTİŞ] tarihleri arasında [SÜRE] yıl öğrenim gördüm. Öğrenim dili [DİL], öğretim şekli [ÖRGÜN / UZAKTAN / KARMA] dır.</w:t>
      </w:r>
    </w:p>
    <w:p>
      <w:pPr>
        <w:spacing w:after="120"/>
        <w:jc w:val="both"/>
      </w:pPr>
      <w:r>
        <w:t xml:space="preserve">3. Toplam [AKTS / KREDİ] kredi ders aldım; transkriptim ve ders içeriklerim ektedir. Öğrenimimin tamamını / [SÜRE] kısmını fiilen o ülkede sürdürdüm. [dosya bazında teyit edilmelidir]</w:t>
      </w:r>
    </w:p>
    <w:p>
      <w:pPr>
        <w:spacing w:after="120"/>
        <w:jc w:val="both"/>
      </w:pPr>
      <w:r>
        <w:t xml:space="preserve">4. YATAY GEÇİŞ / TRANSFER: Öğrenimim sırasında başka bir kurumdan geçiş yaptım [EVET — AÇIKLAMA / HAYIR]. Geçiş yapılmışsa önceki kurumun belgeleri de eklenmiştir.</w:t>
      </w:r>
    </w:p>
    <w:p>
      <w:pPr>
        <w:spacing w:after="120"/>
        <w:jc w:val="both"/>
      </w:pPr>
      <w:r>
        <w:t xml:space="preserve">5. GİRİŞ KOŞULU: Programa kabul edildiğim tarihte [YKS / SAT / ÜLKE SINAVI / LİSE DİPLOMASI] ile kabul aldım; kabul belgesi ektedir.</w:t>
      </w:r>
    </w:p>
    <w:p>
      <w:pPr>
        <w:spacing w:after="120"/>
        <w:jc w:val="both"/>
      </w:pPr>
      <w:r>
        <w:t xml:space="preserve">6. YURT DIŞI KAYITLARI: Öğrenim süresi boyunca ülkede bulunduğumu gösterir pasaport giriş-çıkış kayıtları ve ikamet belgeleri ekte sunulmuştur.</w:t>
      </w:r>
    </w:p>
    <w:p>
      <w:pPr>
        <w:spacing w:after="120"/>
        <w:jc w:val="both"/>
      </w:pPr>
      <w:r>
        <w:t xml:space="preserve">7. BELGELERİN ONAYI: Diploma ve transkriptim [APOSTİL / KONSOLOSLUK ONAYI] ile onaylanmış, yeminli tercümanca Türkçeye çevrilmiş ve noter onayı alınmıştır.</w:t>
      </w:r>
    </w:p>
    <w:p>
      <w:pPr>
        <w:spacing w:after="120"/>
        <w:jc w:val="both"/>
      </w:pPr>
      <w:r>
        <w:t xml:space="preserve">8. Başvurumun değerlendirilmesinde Seviye ve Yeterlik Belirleme Sistemi (SYBS) kapsamında bir işlem öngörülürse, bunun gerekçesiyle birlikte tarafıma yazılı olarak bildirilmesini talep ederim.</w:t>
      </w:r>
    </w:p>
    <w:p>
      <w:pPr>
        <w:spacing w:after="120"/>
        <w:jc w:val="both"/>
      </w:pPr>
      <w:r>
        <w:t xml:space="preserve">9. Başvuru dosyamda eksiklik bulunması hâlinde, eksikliklerin tamamı bir defada ve süre verilerek bildirilmesini talep ederim.</w:t>
      </w:r>
    </w:p>
    <w:p>
      <w:pPr>
        <w:spacing w:before="200" w:after="80"/>
      </w:pPr>
      <w:r>
        <w:rPr>
          <w:b/>
          <w:sz w:val="22"/>
        </w:rPr>
        <w:t xml:space="preserve">HUKUKİ DAYANAK</w:t>
      </w:r>
    </w:p>
    <w:p>
      <w:pPr>
        <w:jc w:val="both"/>
      </w:pPr>
      <w:r>
        <w:t xml:space="preserve">2547 sayılı Kanun m.7/p, 43; Yurtdışı Yükseköğretim Diplomaları Tanıma ve Denklik Yönetmeliği; Yükseköğretim Yürütme Kurulu kararları ve YÖK denklik başvuru kılavuzu. Denklik ölçütleri ve SYBS uygulaması dönemsel olarak değişir [dosya bazında teyit edilmelidir].</w:t>
      </w:r>
    </w:p>
    <w:p>
      <w:pPr>
        <w:spacing w:before="200" w:after="80"/>
      </w:pPr>
      <w:r>
        <w:rPr>
          <w:b/>
          <w:sz w:val="22"/>
        </w:rPr>
        <w:t xml:space="preserve">SONUÇ VE TALEP</w:t>
      </w:r>
    </w:p>
    <w:p>
      <w:pPr>
        <w:jc w:val="both"/>
      </w:pPr>
      <w:r>
        <w:t xml:space="preserve">Diplomamın tanınarak adıma denklik belgesi düzenlenmesine; eksiklik hâlinde eksikliklerin bir defada ve süre verilerek bildirilmesine karar verilmesini saygılarımla arz ederim.</w:t>
      </w:r>
    </w:p>
    <w:p>
      <w:pPr>
        <w:spacing w:before="200" w:after="80"/>
      </w:pPr>
      <w:r>
        <w:rPr>
          <w:b/>
          <w:sz w:val="22"/>
        </w:rPr>
        <w:t xml:space="preserve">EKLER</w:t>
      </w:r>
    </w:p>
    <w:p>
      <w:pPr>
        <w:spacing w:after="0"/>
      </w:pPr>
      <w:r>
        <w:t xml:space="preserve">1. Diploma ve transkript (apostilli, yeminli tercümeli).</w:t>
      </w:r>
    </w:p>
    <w:p>
      <w:pPr>
        <w:spacing w:after="0"/>
      </w:pPr>
      <w:r>
        <w:t xml:space="preserve">2. Ders içerikleri ve öğretim planı.</w:t>
      </w:r>
    </w:p>
    <w:p>
      <w:pPr>
        <w:spacing w:after="0"/>
      </w:pPr>
      <w:r>
        <w:t xml:space="preserve">3. Pasaport giriş-çıkış kayıtları.</w:t>
      </w:r>
    </w:p>
    <w:p>
      <w:pPr>
        <w:spacing w:after="0"/>
      </w:pPr>
      <w:r>
        <w:t xml:space="preserve">4. Kabul belgesi ve varsa önceki kurum belgeleri.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